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45524" w14:textId="77777777" w:rsidR="003544C9" w:rsidRPr="004A5C38" w:rsidRDefault="003544C9" w:rsidP="006162B8">
      <w:pPr>
        <w:spacing w:after="0" w:line="240" w:lineRule="auto"/>
        <w:rPr>
          <w:rFonts w:ascii="Times New Roman" w:hAnsi="Times New Roman" w:cs="Times New Roman"/>
          <w:sz w:val="24"/>
          <w:szCs w:val="24"/>
          <w:lang w:val="hr-HR"/>
        </w:rPr>
      </w:pPr>
    </w:p>
    <w:p w14:paraId="34BE2235" w14:textId="77777777" w:rsidR="009A61EC" w:rsidRDefault="009A61EC" w:rsidP="00A36914">
      <w:pPr>
        <w:spacing w:after="0"/>
        <w:rPr>
          <w:rFonts w:ascii="Times New Roman" w:hAnsi="Times New Roman" w:cs="Times New Roman"/>
          <w:sz w:val="24"/>
          <w:szCs w:val="24"/>
        </w:rPr>
      </w:pPr>
    </w:p>
    <w:p w14:paraId="2A29492C" w14:textId="77777777" w:rsidR="009A61EC" w:rsidRDefault="009A61EC" w:rsidP="00A36914">
      <w:pPr>
        <w:spacing w:after="0"/>
        <w:rPr>
          <w:rFonts w:ascii="Times New Roman" w:hAnsi="Times New Roman" w:cs="Times New Roman"/>
          <w:sz w:val="24"/>
          <w:szCs w:val="24"/>
        </w:rPr>
      </w:pPr>
    </w:p>
    <w:p w14:paraId="6068CD4A" w14:textId="77777777" w:rsidR="009A61EC" w:rsidRDefault="009A61EC" w:rsidP="00A36914">
      <w:pPr>
        <w:spacing w:after="0"/>
        <w:rPr>
          <w:rFonts w:ascii="Times New Roman" w:hAnsi="Times New Roman" w:cs="Times New Roman"/>
          <w:sz w:val="24"/>
          <w:szCs w:val="24"/>
        </w:rPr>
      </w:pPr>
    </w:p>
    <w:p w14:paraId="05DA6759" w14:textId="77777777" w:rsidR="009A61EC" w:rsidRDefault="009A61EC" w:rsidP="00A36914">
      <w:pPr>
        <w:spacing w:after="0"/>
        <w:rPr>
          <w:rFonts w:ascii="Times New Roman" w:hAnsi="Times New Roman" w:cs="Times New Roman"/>
          <w:sz w:val="24"/>
          <w:szCs w:val="24"/>
        </w:rPr>
      </w:pPr>
    </w:p>
    <w:p w14:paraId="7FE78198" w14:textId="77777777" w:rsidR="009A61EC" w:rsidRDefault="009A61EC" w:rsidP="00A36914">
      <w:pPr>
        <w:spacing w:after="0"/>
        <w:rPr>
          <w:rFonts w:ascii="Times New Roman" w:hAnsi="Times New Roman" w:cs="Times New Roman"/>
          <w:sz w:val="24"/>
          <w:szCs w:val="24"/>
        </w:rPr>
      </w:pPr>
    </w:p>
    <w:p w14:paraId="5A34F12C" w14:textId="77777777" w:rsidR="009A61EC" w:rsidRDefault="009A61EC" w:rsidP="00A36914">
      <w:pPr>
        <w:spacing w:after="0"/>
        <w:rPr>
          <w:rFonts w:ascii="Times New Roman" w:hAnsi="Times New Roman" w:cs="Times New Roman"/>
          <w:sz w:val="24"/>
          <w:szCs w:val="24"/>
        </w:rPr>
      </w:pPr>
    </w:p>
    <w:p w14:paraId="0FE4CF45" w14:textId="77777777" w:rsidR="009A61EC" w:rsidRDefault="009A61EC" w:rsidP="00A36914">
      <w:pPr>
        <w:spacing w:after="0"/>
        <w:rPr>
          <w:rFonts w:ascii="Times New Roman" w:hAnsi="Times New Roman" w:cs="Times New Roman"/>
          <w:sz w:val="24"/>
          <w:szCs w:val="24"/>
        </w:rPr>
      </w:pPr>
    </w:p>
    <w:p w14:paraId="399AAAF5" w14:textId="77777777" w:rsidR="009A61EC" w:rsidRDefault="009A61EC" w:rsidP="00A36914">
      <w:pPr>
        <w:spacing w:after="0"/>
        <w:rPr>
          <w:rFonts w:ascii="Times New Roman" w:hAnsi="Times New Roman" w:cs="Times New Roman"/>
          <w:sz w:val="24"/>
          <w:szCs w:val="24"/>
        </w:rPr>
      </w:pPr>
    </w:p>
    <w:p w14:paraId="68B08783" w14:textId="57F05285" w:rsidR="00A36914" w:rsidRPr="0043302B" w:rsidRDefault="00A36914" w:rsidP="00A36914">
      <w:pPr>
        <w:spacing w:after="0"/>
        <w:rPr>
          <w:rFonts w:ascii="Times New Roman" w:hAnsi="Times New Roman" w:cs="Times New Roman"/>
          <w:sz w:val="24"/>
          <w:szCs w:val="24"/>
          <w:lang w:val="pl-PL"/>
        </w:rPr>
      </w:pPr>
      <w:r w:rsidRPr="0043302B">
        <w:rPr>
          <w:rFonts w:ascii="Times New Roman" w:hAnsi="Times New Roman" w:cs="Times New Roman"/>
          <w:sz w:val="24"/>
          <w:szCs w:val="24"/>
          <w:lang w:val="pl-PL"/>
        </w:rPr>
        <w:t>KLASA: 029-06/26-02/00015</w:t>
      </w:r>
      <w:r w:rsidRPr="0043302B">
        <w:rPr>
          <w:rFonts w:ascii="Times New Roman" w:hAnsi="Times New Roman" w:cs="Times New Roman"/>
          <w:sz w:val="24"/>
          <w:szCs w:val="24"/>
          <w:lang w:val="pl-PL"/>
        </w:rPr>
        <w:br/>
        <w:t>URBROJ: 2177-1-20-05-03-26-00008</w:t>
      </w:r>
    </w:p>
    <w:p w14:paraId="574BA54C" w14:textId="7343104F" w:rsidR="00A36914" w:rsidRPr="0043302B" w:rsidRDefault="00A36914" w:rsidP="00A36914">
      <w:pPr>
        <w:spacing w:after="0"/>
        <w:jc w:val="both"/>
        <w:rPr>
          <w:rFonts w:ascii="Times New Roman" w:hAnsi="Times New Roman" w:cs="Times New Roman"/>
          <w:sz w:val="24"/>
          <w:szCs w:val="24"/>
          <w:lang w:val="pl-PL"/>
        </w:rPr>
      </w:pPr>
      <w:r w:rsidRPr="0043302B">
        <w:rPr>
          <w:rFonts w:ascii="Times New Roman" w:hAnsi="Times New Roman" w:cs="Times New Roman"/>
          <w:sz w:val="24"/>
          <w:szCs w:val="24"/>
          <w:lang w:val="pl-PL"/>
        </w:rPr>
        <w:t xml:space="preserve">Požega, 30. rujna 2026. </w:t>
      </w:r>
      <w:r w:rsidR="00FC3F09" w:rsidRPr="0043302B">
        <w:rPr>
          <w:rFonts w:ascii="Times New Roman" w:hAnsi="Times New Roman" w:cs="Times New Roman"/>
          <w:sz w:val="24"/>
          <w:szCs w:val="24"/>
          <w:lang w:val="pl-PL"/>
        </w:rPr>
        <w:t>g</w:t>
      </w:r>
      <w:r w:rsidRPr="0043302B">
        <w:rPr>
          <w:rFonts w:ascii="Times New Roman" w:hAnsi="Times New Roman" w:cs="Times New Roman"/>
          <w:sz w:val="24"/>
          <w:szCs w:val="24"/>
          <w:lang w:val="pl-PL"/>
        </w:rPr>
        <w:t>odine</w:t>
      </w:r>
    </w:p>
    <w:p w14:paraId="4543C6A2" w14:textId="77777777" w:rsidR="004A5C38" w:rsidRPr="0043302B" w:rsidRDefault="004A5C38" w:rsidP="00A36914">
      <w:pPr>
        <w:spacing w:after="0"/>
        <w:jc w:val="both"/>
        <w:rPr>
          <w:rFonts w:ascii="Times New Roman" w:hAnsi="Times New Roman" w:cs="Times New Roman"/>
          <w:sz w:val="24"/>
          <w:szCs w:val="24"/>
          <w:lang w:val="pl-PL"/>
        </w:rPr>
      </w:pPr>
    </w:p>
    <w:p w14:paraId="774D4958" w14:textId="37E30D82" w:rsidR="0068122D" w:rsidRPr="004A5C38" w:rsidRDefault="0083277E" w:rsidP="004A5C38">
      <w:pPr>
        <w:spacing w:after="0" w:line="240" w:lineRule="auto"/>
        <w:jc w:val="both"/>
        <w:rPr>
          <w:rFonts w:ascii="Times New Roman" w:hAnsi="Times New Roman" w:cs="Times New Roman"/>
          <w:sz w:val="24"/>
          <w:szCs w:val="24"/>
          <w:lang w:val="hr-HR"/>
        </w:rPr>
      </w:pPr>
      <w:r w:rsidRPr="004A5C38">
        <w:rPr>
          <w:rFonts w:ascii="Times New Roman" w:hAnsi="Times New Roman" w:cs="Times New Roman"/>
          <w:sz w:val="24"/>
          <w:szCs w:val="24"/>
          <w:lang w:val="hr-HR"/>
        </w:rPr>
        <w:t xml:space="preserve">Na temelju odredbe članka 5. stavka 3. i članka 55. Zakona o visokom obrazovanju i znanstvenoj djelatnosti (Narodne novine br. 119/22), odredbe članka 28., članka 31., te članka 69. Statuta Sveučilišta Josipa Jurja Strossmayera u Osijeku, Fakulteta turizma i ruralnog razvoja u Požegi (dalje u tekstu: Fakultet), odredbe članka 142. Statuta Sveučilišta Josipa Jurja Strossmayera u Osijeku te odredbi Etičkog kodeksa Sveučilišta Josipa Jurja Strossmayera u Osijeku, </w:t>
      </w:r>
      <w:r w:rsidR="00A048E3" w:rsidRPr="004A5C38">
        <w:rPr>
          <w:rFonts w:ascii="Times New Roman" w:hAnsi="Times New Roman" w:cs="Times New Roman"/>
          <w:sz w:val="24"/>
          <w:szCs w:val="24"/>
          <w:lang w:val="hr-HR"/>
        </w:rPr>
        <w:t xml:space="preserve">FAKULTETSKO VIJEĆE </w:t>
      </w:r>
      <w:r w:rsidRPr="004A5C38">
        <w:rPr>
          <w:rFonts w:ascii="Times New Roman" w:hAnsi="Times New Roman" w:cs="Times New Roman"/>
          <w:sz w:val="24"/>
          <w:szCs w:val="24"/>
          <w:lang w:val="hr-HR"/>
        </w:rPr>
        <w:t xml:space="preserve">na svojoj </w:t>
      </w:r>
      <w:r w:rsidR="00E510E9" w:rsidRPr="004A5C38">
        <w:rPr>
          <w:rFonts w:ascii="Times New Roman" w:hAnsi="Times New Roman" w:cs="Times New Roman"/>
          <w:sz w:val="24"/>
          <w:szCs w:val="24"/>
          <w:lang w:val="hr-HR"/>
        </w:rPr>
        <w:t>14. izvanrednoj</w:t>
      </w:r>
      <w:r w:rsidRPr="004A5C38">
        <w:rPr>
          <w:rFonts w:ascii="Times New Roman" w:hAnsi="Times New Roman" w:cs="Times New Roman"/>
          <w:sz w:val="24"/>
          <w:szCs w:val="24"/>
          <w:lang w:val="hr-HR"/>
        </w:rPr>
        <w:t xml:space="preserve"> sjednici održanoj </w:t>
      </w:r>
      <w:r w:rsidR="00E510E9" w:rsidRPr="004A5C38">
        <w:rPr>
          <w:rFonts w:ascii="Times New Roman" w:hAnsi="Times New Roman" w:cs="Times New Roman"/>
          <w:sz w:val="24"/>
          <w:szCs w:val="24"/>
          <w:lang w:val="hr-HR"/>
        </w:rPr>
        <w:t xml:space="preserve">30. rujna </w:t>
      </w:r>
      <w:r w:rsidRPr="004A5C38">
        <w:rPr>
          <w:rFonts w:ascii="Times New Roman" w:hAnsi="Times New Roman" w:cs="Times New Roman"/>
          <w:sz w:val="24"/>
          <w:szCs w:val="24"/>
          <w:lang w:val="hr-HR"/>
        </w:rPr>
        <w:t xml:space="preserve"> 2026. godine</w:t>
      </w:r>
      <w:r w:rsidR="00E510E9" w:rsidRPr="004A5C38">
        <w:rPr>
          <w:rFonts w:ascii="Times New Roman" w:hAnsi="Times New Roman" w:cs="Times New Roman"/>
          <w:sz w:val="24"/>
          <w:szCs w:val="24"/>
          <w:lang w:val="hr-HR"/>
        </w:rPr>
        <w:t xml:space="preserve"> pod točkom </w:t>
      </w:r>
      <w:r w:rsidR="001C136D" w:rsidRPr="004A5C38">
        <w:rPr>
          <w:rFonts w:ascii="Times New Roman" w:hAnsi="Times New Roman" w:cs="Times New Roman"/>
          <w:sz w:val="24"/>
          <w:szCs w:val="24"/>
          <w:lang w:val="hr-HR"/>
        </w:rPr>
        <w:t>2. dnevnog reda</w:t>
      </w:r>
      <w:r w:rsidRPr="004A5C38">
        <w:rPr>
          <w:rFonts w:ascii="Times New Roman" w:hAnsi="Times New Roman" w:cs="Times New Roman"/>
          <w:sz w:val="24"/>
          <w:szCs w:val="24"/>
          <w:lang w:val="hr-HR"/>
        </w:rPr>
        <w:t>, donosi</w:t>
      </w:r>
    </w:p>
    <w:p w14:paraId="449E0684" w14:textId="77777777" w:rsidR="00DE4175" w:rsidRPr="004A5C38" w:rsidRDefault="007A4708" w:rsidP="006162B8">
      <w:pPr>
        <w:spacing w:before="240" w:after="0" w:line="240" w:lineRule="auto"/>
        <w:jc w:val="center"/>
        <w:rPr>
          <w:rFonts w:ascii="Times New Roman" w:hAnsi="Times New Roman" w:cs="Times New Roman"/>
          <w:b/>
          <w:sz w:val="24"/>
          <w:szCs w:val="24"/>
          <w:lang w:val="hr-HR"/>
        </w:rPr>
      </w:pPr>
      <w:r w:rsidRPr="004A5C38">
        <w:rPr>
          <w:rFonts w:ascii="Times New Roman" w:hAnsi="Times New Roman" w:cs="Times New Roman"/>
          <w:b/>
          <w:sz w:val="24"/>
          <w:szCs w:val="24"/>
          <w:lang w:val="hr-HR"/>
        </w:rPr>
        <w:t xml:space="preserve">ODLUKU </w:t>
      </w:r>
    </w:p>
    <w:p w14:paraId="6B03AD00" w14:textId="0A4D887E" w:rsidR="0068122D" w:rsidRPr="004A5C38" w:rsidRDefault="00DE4175" w:rsidP="004A5C38">
      <w:pPr>
        <w:spacing w:after="0" w:line="240" w:lineRule="auto"/>
        <w:jc w:val="center"/>
        <w:rPr>
          <w:rFonts w:ascii="Times New Roman" w:hAnsi="Times New Roman" w:cs="Times New Roman"/>
          <w:sz w:val="24"/>
          <w:szCs w:val="24"/>
          <w:lang w:val="hr-HR"/>
        </w:rPr>
      </w:pPr>
      <w:r w:rsidRPr="004A5C38">
        <w:rPr>
          <w:rFonts w:ascii="Times New Roman" w:hAnsi="Times New Roman" w:cs="Times New Roman"/>
          <w:b/>
          <w:sz w:val="24"/>
          <w:szCs w:val="24"/>
          <w:lang w:val="hr-HR"/>
        </w:rPr>
        <w:t>o dopuni</w:t>
      </w:r>
      <w:r w:rsidR="0083277E" w:rsidRPr="004A5C38">
        <w:rPr>
          <w:rFonts w:ascii="Times New Roman" w:hAnsi="Times New Roman" w:cs="Times New Roman"/>
          <w:b/>
          <w:sz w:val="24"/>
          <w:szCs w:val="24"/>
          <w:lang w:val="hr-HR"/>
        </w:rPr>
        <w:t xml:space="preserve"> </w:t>
      </w:r>
      <w:bookmarkStart w:id="0" w:name="_Hlk241670137"/>
      <w:r w:rsidR="0083277E" w:rsidRPr="004A5C38">
        <w:rPr>
          <w:rFonts w:ascii="Times New Roman" w:hAnsi="Times New Roman" w:cs="Times New Roman"/>
          <w:b/>
          <w:sz w:val="24"/>
          <w:szCs w:val="24"/>
          <w:lang w:val="hr-HR"/>
        </w:rPr>
        <w:t>Pravilnika o radu Etičkog povjerenstva</w:t>
      </w:r>
      <w:bookmarkEnd w:id="0"/>
    </w:p>
    <w:p w14:paraId="0710D8E8" w14:textId="77777777" w:rsidR="0068122D" w:rsidRPr="004A5C38" w:rsidRDefault="0083277E" w:rsidP="006162B8">
      <w:pPr>
        <w:spacing w:before="240" w:after="0" w:line="240" w:lineRule="auto"/>
        <w:jc w:val="center"/>
        <w:rPr>
          <w:rFonts w:ascii="Times New Roman" w:hAnsi="Times New Roman" w:cs="Times New Roman"/>
          <w:sz w:val="24"/>
          <w:szCs w:val="24"/>
          <w:lang w:val="hr-HR"/>
        </w:rPr>
      </w:pPr>
      <w:r w:rsidRPr="004A5C38">
        <w:rPr>
          <w:rFonts w:ascii="Times New Roman" w:hAnsi="Times New Roman" w:cs="Times New Roman"/>
          <w:b/>
          <w:sz w:val="24"/>
          <w:szCs w:val="24"/>
          <w:lang w:val="hr-HR"/>
        </w:rPr>
        <w:t>Članak 1.</w:t>
      </w:r>
    </w:p>
    <w:p w14:paraId="2C5DF228" w14:textId="77777777" w:rsidR="0068122D" w:rsidRPr="004A5C38" w:rsidRDefault="0083277E" w:rsidP="006162B8">
      <w:pPr>
        <w:spacing w:after="0" w:line="240" w:lineRule="auto"/>
        <w:jc w:val="both"/>
        <w:rPr>
          <w:rFonts w:ascii="Times New Roman" w:hAnsi="Times New Roman" w:cs="Times New Roman"/>
          <w:sz w:val="24"/>
          <w:szCs w:val="24"/>
          <w:lang w:val="hr-HR"/>
        </w:rPr>
      </w:pPr>
      <w:r w:rsidRPr="004A5C38">
        <w:rPr>
          <w:rFonts w:ascii="Times New Roman" w:hAnsi="Times New Roman" w:cs="Times New Roman"/>
          <w:sz w:val="24"/>
          <w:szCs w:val="24"/>
          <w:lang w:val="hr-HR"/>
        </w:rPr>
        <w:t>U Pravilniku o radu Etičkog povjerenstva Fakulteta turizma i ruralnog razvoja u Požegi od 16. travnja 2024. godine (KLASA: 012-03/24-01/6, URBROJ: 2177-1-20-01/01-24-1) u poglavlju „II. Nadležnost Etičkog povjerenstva“, iza članka 3. dodaje se novi članak 3.a koji glasi:</w:t>
      </w:r>
    </w:p>
    <w:p w14:paraId="68381C33" w14:textId="77777777" w:rsidR="006162B8" w:rsidRPr="004A5C38" w:rsidRDefault="006162B8" w:rsidP="006162B8">
      <w:pPr>
        <w:spacing w:after="0" w:line="240" w:lineRule="auto"/>
        <w:jc w:val="both"/>
        <w:rPr>
          <w:rFonts w:ascii="Times New Roman" w:hAnsi="Times New Roman" w:cs="Times New Roman"/>
          <w:sz w:val="24"/>
          <w:szCs w:val="24"/>
          <w:lang w:val="hr-HR"/>
        </w:rPr>
      </w:pPr>
    </w:p>
    <w:p w14:paraId="2B1FB303" w14:textId="77777777" w:rsidR="0068122D" w:rsidRPr="004A5C38" w:rsidRDefault="0083277E" w:rsidP="006162B8">
      <w:pPr>
        <w:spacing w:after="0" w:line="240" w:lineRule="auto"/>
        <w:jc w:val="center"/>
        <w:rPr>
          <w:rFonts w:ascii="Times New Roman" w:hAnsi="Times New Roman" w:cs="Times New Roman"/>
          <w:sz w:val="24"/>
          <w:szCs w:val="24"/>
          <w:lang w:val="hr-HR"/>
        </w:rPr>
      </w:pPr>
      <w:r w:rsidRPr="004A5C38">
        <w:rPr>
          <w:rFonts w:ascii="Times New Roman" w:hAnsi="Times New Roman" w:cs="Times New Roman"/>
          <w:b/>
          <w:sz w:val="24"/>
          <w:szCs w:val="24"/>
          <w:lang w:val="hr-HR"/>
        </w:rPr>
        <w:t>„Članak 3.a</w:t>
      </w:r>
    </w:p>
    <w:p w14:paraId="6D8FB5D6" w14:textId="77777777" w:rsidR="006162B8" w:rsidRPr="004A5C38" w:rsidRDefault="0083277E" w:rsidP="006162B8">
      <w:pPr>
        <w:spacing w:after="0" w:line="240" w:lineRule="auto"/>
        <w:jc w:val="both"/>
        <w:rPr>
          <w:rFonts w:ascii="Times New Roman" w:hAnsi="Times New Roman" w:cs="Times New Roman"/>
          <w:sz w:val="24"/>
          <w:szCs w:val="24"/>
          <w:lang w:val="hr-HR"/>
        </w:rPr>
      </w:pPr>
      <w:r w:rsidRPr="004A5C38">
        <w:rPr>
          <w:rFonts w:ascii="Times New Roman" w:hAnsi="Times New Roman" w:cs="Times New Roman"/>
          <w:sz w:val="24"/>
          <w:szCs w:val="24"/>
          <w:lang w:val="hr-HR"/>
        </w:rPr>
        <w:t xml:space="preserve">Prethodno razmatranje, mišljenje, suglasnost niti odobrenje Etičkog povjerenstva Fakulteta nije potrebno za </w:t>
      </w:r>
      <w:proofErr w:type="spellStart"/>
      <w:r w:rsidRPr="004A5C38">
        <w:rPr>
          <w:rFonts w:ascii="Times New Roman" w:hAnsi="Times New Roman" w:cs="Times New Roman"/>
          <w:sz w:val="24"/>
          <w:szCs w:val="24"/>
          <w:lang w:val="hr-HR"/>
        </w:rPr>
        <w:t>neintervencijska</w:t>
      </w:r>
      <w:proofErr w:type="spellEnd"/>
      <w:r w:rsidRPr="004A5C38">
        <w:rPr>
          <w:rFonts w:ascii="Times New Roman" w:hAnsi="Times New Roman" w:cs="Times New Roman"/>
          <w:sz w:val="24"/>
          <w:szCs w:val="24"/>
          <w:lang w:val="hr-HR"/>
        </w:rPr>
        <w:t xml:space="preserve"> istraživanja minimalnog rizika koja se provode metodama anonimne ankete, anonimnog upitnika, intervjua, fokusne skupine, opažanja ili drugim usporedivim </w:t>
      </w:r>
      <w:proofErr w:type="spellStart"/>
      <w:r w:rsidRPr="004A5C38">
        <w:rPr>
          <w:rFonts w:ascii="Times New Roman" w:hAnsi="Times New Roman" w:cs="Times New Roman"/>
          <w:sz w:val="24"/>
          <w:szCs w:val="24"/>
          <w:lang w:val="hr-HR"/>
        </w:rPr>
        <w:t>neintervencijskim</w:t>
      </w:r>
      <w:proofErr w:type="spellEnd"/>
      <w:r w:rsidRPr="004A5C38">
        <w:rPr>
          <w:rFonts w:ascii="Times New Roman" w:hAnsi="Times New Roman" w:cs="Times New Roman"/>
          <w:sz w:val="24"/>
          <w:szCs w:val="24"/>
          <w:lang w:val="hr-HR"/>
        </w:rPr>
        <w:t xml:space="preserve"> metodama, ako su ispunjeni sljedeći uvjeti:</w:t>
      </w:r>
    </w:p>
    <w:p w14:paraId="25616818" w14:textId="77777777" w:rsidR="0043302B" w:rsidRDefault="0083277E" w:rsidP="00FC3F09">
      <w:pPr>
        <w:spacing w:after="0" w:line="240" w:lineRule="auto"/>
        <w:jc w:val="both"/>
        <w:rPr>
          <w:rFonts w:ascii="Times New Roman" w:hAnsi="Times New Roman" w:cs="Times New Roman"/>
          <w:sz w:val="24"/>
          <w:szCs w:val="24"/>
          <w:lang w:val="hr-HR"/>
        </w:rPr>
      </w:pPr>
      <w:r w:rsidRPr="004A5C38">
        <w:rPr>
          <w:rFonts w:ascii="Times New Roman" w:hAnsi="Times New Roman" w:cs="Times New Roman"/>
          <w:sz w:val="24"/>
          <w:szCs w:val="24"/>
          <w:lang w:val="hr-HR"/>
        </w:rPr>
        <w:t>a) u istraživanju sudjeluju punoljetne osobe sposobne samostalno dati informirani pristanak;</w:t>
      </w:r>
      <w:r w:rsidRPr="004A5C38">
        <w:rPr>
          <w:rFonts w:ascii="Times New Roman" w:hAnsi="Times New Roman" w:cs="Times New Roman"/>
          <w:sz w:val="24"/>
          <w:szCs w:val="24"/>
          <w:lang w:val="hr-HR"/>
        </w:rPr>
        <w:br/>
        <w:t>b) sudjelovanje je dobrovoljno, a sudionici su prije sudjelovanja upoznati sa svrhom i načinom provedbe istraživanja;</w:t>
      </w:r>
    </w:p>
    <w:p w14:paraId="1CBD7C03" w14:textId="77777777" w:rsidR="0043302B" w:rsidRDefault="0083277E" w:rsidP="00FC3F09">
      <w:pPr>
        <w:spacing w:after="0" w:line="240" w:lineRule="auto"/>
        <w:jc w:val="both"/>
        <w:rPr>
          <w:rFonts w:ascii="Times New Roman" w:hAnsi="Times New Roman" w:cs="Times New Roman"/>
          <w:sz w:val="24"/>
          <w:szCs w:val="24"/>
          <w:lang w:val="hr-HR"/>
        </w:rPr>
      </w:pPr>
      <w:r w:rsidRPr="004A5C38">
        <w:rPr>
          <w:rFonts w:ascii="Times New Roman" w:hAnsi="Times New Roman" w:cs="Times New Roman"/>
          <w:sz w:val="24"/>
          <w:szCs w:val="24"/>
          <w:lang w:val="hr-HR"/>
        </w:rPr>
        <w:t>c) istraživanje NE uključuje medicinske, kliničke, fizičke, psihološke ili druge eksperimentalne intervencije;</w:t>
      </w:r>
      <w:r w:rsidRPr="004A5C38">
        <w:rPr>
          <w:rFonts w:ascii="Times New Roman" w:hAnsi="Times New Roman" w:cs="Times New Roman"/>
          <w:sz w:val="24"/>
          <w:szCs w:val="24"/>
          <w:lang w:val="hr-HR"/>
        </w:rPr>
        <w:br/>
        <w:t>d) istraživanje sudionike ne izlaže riziku većem od minimalnog rizika uobičajenog u svakodnevnom životu;</w:t>
      </w:r>
    </w:p>
    <w:p w14:paraId="7A2342B1" w14:textId="2C4B3BEF" w:rsidR="0068122D" w:rsidRPr="004A5C38" w:rsidRDefault="0083277E" w:rsidP="00FC3F09">
      <w:pPr>
        <w:spacing w:after="0" w:line="240" w:lineRule="auto"/>
        <w:jc w:val="both"/>
        <w:rPr>
          <w:rFonts w:ascii="Times New Roman" w:hAnsi="Times New Roman" w:cs="Times New Roman"/>
          <w:sz w:val="24"/>
          <w:szCs w:val="24"/>
          <w:lang w:val="hr-HR"/>
        </w:rPr>
      </w:pPr>
      <w:r w:rsidRPr="004A5C38">
        <w:rPr>
          <w:rFonts w:ascii="Times New Roman" w:hAnsi="Times New Roman" w:cs="Times New Roman"/>
          <w:sz w:val="24"/>
          <w:szCs w:val="24"/>
          <w:lang w:val="hr-HR"/>
        </w:rPr>
        <w:t>e) ne prikupljaju se podaci koji omogućuju neposrednu identifikaciju sudionika, odnosno podaci se prikupljaju, obrađuju i prikazuju na način kojim se štiti anonimnost sudionika;</w:t>
      </w:r>
      <w:r w:rsidRPr="004A5C38">
        <w:rPr>
          <w:rFonts w:ascii="Times New Roman" w:hAnsi="Times New Roman" w:cs="Times New Roman"/>
          <w:sz w:val="24"/>
          <w:szCs w:val="24"/>
          <w:lang w:val="hr-HR"/>
        </w:rPr>
        <w:br/>
        <w:t>f) istraživanje ne uključuje prikupljanje posebno osjetljivih podataka ili istraživanje tema koje bi sudionike mogle izložiti značajnom psihološkom, socijalnom, pravnom, ekonomskom ili drugom riziku;</w:t>
      </w:r>
      <w:r w:rsidRPr="004A5C38">
        <w:rPr>
          <w:rFonts w:ascii="Times New Roman" w:hAnsi="Times New Roman" w:cs="Times New Roman"/>
          <w:sz w:val="24"/>
          <w:szCs w:val="24"/>
          <w:lang w:val="hr-HR"/>
        </w:rPr>
        <w:br/>
        <w:t>g) istraživanje ne uključuje djecu, osobe koje nisu sposobne samostalno dati informirani pristanak ili druge posebno ranjive skupine.</w:t>
      </w:r>
    </w:p>
    <w:p w14:paraId="35C280E1" w14:textId="77777777" w:rsidR="0068122D" w:rsidRPr="004A5C38" w:rsidRDefault="0083277E" w:rsidP="00FC3F09">
      <w:pPr>
        <w:spacing w:after="0" w:line="240" w:lineRule="auto"/>
        <w:jc w:val="both"/>
        <w:rPr>
          <w:rFonts w:ascii="Times New Roman" w:hAnsi="Times New Roman" w:cs="Times New Roman"/>
          <w:sz w:val="24"/>
          <w:szCs w:val="24"/>
          <w:lang w:val="hr-HR"/>
        </w:rPr>
      </w:pPr>
      <w:r w:rsidRPr="004A5C38">
        <w:rPr>
          <w:rFonts w:ascii="Times New Roman" w:hAnsi="Times New Roman" w:cs="Times New Roman"/>
          <w:sz w:val="24"/>
          <w:szCs w:val="24"/>
          <w:lang w:val="hr-HR"/>
        </w:rPr>
        <w:t>Ispunjenost uvjeta iz stavka 1. ovoga članka istraživač (odnosno student uz supotpis mentora) utvrđuje popunjavanjem Obrasca za samoprocjenu etičnosti istraživanja, koji se nalazi u Prilogu I. ovoga Pravilnika i čini njegov sastavni dio.</w:t>
      </w:r>
    </w:p>
    <w:p w14:paraId="01D705E5" w14:textId="77777777" w:rsidR="0068122D" w:rsidRPr="004A5C38" w:rsidRDefault="0083277E" w:rsidP="00FC3F09">
      <w:pPr>
        <w:spacing w:after="0" w:line="240" w:lineRule="auto"/>
        <w:jc w:val="both"/>
        <w:rPr>
          <w:rFonts w:ascii="Times New Roman" w:hAnsi="Times New Roman" w:cs="Times New Roman"/>
          <w:sz w:val="24"/>
          <w:szCs w:val="24"/>
          <w:lang w:val="hr-HR"/>
        </w:rPr>
      </w:pPr>
      <w:r w:rsidRPr="004A5C38">
        <w:rPr>
          <w:rFonts w:ascii="Times New Roman" w:hAnsi="Times New Roman" w:cs="Times New Roman"/>
          <w:sz w:val="24"/>
          <w:szCs w:val="24"/>
          <w:lang w:val="hr-HR"/>
        </w:rPr>
        <w:t>Istraživanja koja ispunjavaju uvjete iz stavka 1. ovoga članka izuzeta su od postupka etičkog odobravanja te istraživač nije obvezan prije početka istraživanja podnijeti zahtjev Etičkom povjerenstvu niti pribaviti pojedinačnu potvrdu, mišljenje, suglasnost ili odluku Etičkog povjerenstva o izuzeću. Potpisani Obrazac iz stavka 2. ovoga članka obvezno se čuva u arhivi istraživanja kao formalni pisani dokaz o izuzeću. Na pisani zahtjev istraživača, Fakultet može izdati općenitu potvrdu da je predmetna vrsta istraživanja izuzeta od obveze pojedinačnog etičkog odobravanja.</w:t>
      </w:r>
    </w:p>
    <w:p w14:paraId="3109C09D" w14:textId="134773E8" w:rsidR="0068122D" w:rsidRPr="004A5C38" w:rsidRDefault="0083277E" w:rsidP="00FC3F09">
      <w:pPr>
        <w:spacing w:after="0" w:line="240" w:lineRule="auto"/>
        <w:jc w:val="both"/>
        <w:rPr>
          <w:rFonts w:ascii="Times New Roman" w:hAnsi="Times New Roman" w:cs="Times New Roman"/>
          <w:sz w:val="24"/>
          <w:szCs w:val="24"/>
          <w:lang w:val="hr-HR"/>
        </w:rPr>
      </w:pPr>
      <w:r w:rsidRPr="004A5C38">
        <w:rPr>
          <w:rFonts w:ascii="Times New Roman" w:hAnsi="Times New Roman" w:cs="Times New Roman"/>
          <w:sz w:val="24"/>
          <w:szCs w:val="24"/>
          <w:lang w:val="hr-HR"/>
        </w:rPr>
        <w:t xml:space="preserve">Istraživač je odgovoran za procjenu ispunjava li planirano istraživanje sve uvjete iz stavka 1. ovoga članka te za provedbu istraživanja </w:t>
      </w:r>
      <w:r w:rsidR="006162B8" w:rsidRPr="004A5C38">
        <w:rPr>
          <w:rFonts w:ascii="Times New Roman" w:hAnsi="Times New Roman" w:cs="Times New Roman"/>
          <w:sz w:val="24"/>
          <w:szCs w:val="24"/>
          <w:lang w:val="hr-HR"/>
        </w:rPr>
        <w:t xml:space="preserve">u skladu s </w:t>
      </w:r>
      <w:r w:rsidRPr="004A5C38">
        <w:rPr>
          <w:rFonts w:ascii="Times New Roman" w:hAnsi="Times New Roman" w:cs="Times New Roman"/>
          <w:sz w:val="24"/>
          <w:szCs w:val="24"/>
          <w:lang w:val="hr-HR"/>
        </w:rPr>
        <w:t>načelima istraživačke etike, dobrovoljnog sudjelovanja, zaštite privatnosti i povjerljivosti podataka.</w:t>
      </w:r>
    </w:p>
    <w:p w14:paraId="5E2F1722" w14:textId="77777777" w:rsidR="0068122D" w:rsidRPr="004A5C38" w:rsidRDefault="0083277E" w:rsidP="00FC3F09">
      <w:pPr>
        <w:spacing w:after="0" w:line="240" w:lineRule="auto"/>
        <w:jc w:val="both"/>
        <w:rPr>
          <w:rFonts w:ascii="Times New Roman" w:hAnsi="Times New Roman" w:cs="Times New Roman"/>
          <w:sz w:val="24"/>
          <w:szCs w:val="24"/>
          <w:lang w:val="hr-HR"/>
        </w:rPr>
      </w:pPr>
      <w:r w:rsidRPr="004A5C38">
        <w:rPr>
          <w:rFonts w:ascii="Times New Roman" w:hAnsi="Times New Roman" w:cs="Times New Roman"/>
          <w:sz w:val="24"/>
          <w:szCs w:val="24"/>
          <w:lang w:val="hr-HR"/>
        </w:rPr>
        <w:t>Ako istraživanje ne ispunjava neki od uvjeta iz stavka 1. ovoga članka ili postoji opravdana dvojba o njegovoj etičkoj prihvatljivosti, istraživač je dužan prije početka istraživanja zatražiti mišljenje odnosno odobrenje Etičkog povjerenstva.“</w:t>
      </w:r>
    </w:p>
    <w:p w14:paraId="4F976ADD" w14:textId="77777777" w:rsidR="0068122D" w:rsidRPr="004A5C38" w:rsidRDefault="0083277E" w:rsidP="006162B8">
      <w:pPr>
        <w:spacing w:before="240" w:after="0" w:line="240" w:lineRule="auto"/>
        <w:jc w:val="center"/>
        <w:rPr>
          <w:rFonts w:ascii="Times New Roman" w:hAnsi="Times New Roman" w:cs="Times New Roman"/>
          <w:sz w:val="24"/>
          <w:szCs w:val="24"/>
          <w:lang w:val="hr-HR"/>
        </w:rPr>
      </w:pPr>
      <w:r w:rsidRPr="004A5C38">
        <w:rPr>
          <w:rFonts w:ascii="Times New Roman" w:hAnsi="Times New Roman" w:cs="Times New Roman"/>
          <w:b/>
          <w:sz w:val="24"/>
          <w:szCs w:val="24"/>
          <w:lang w:val="hr-HR"/>
        </w:rPr>
        <w:t>Članak 2.</w:t>
      </w:r>
    </w:p>
    <w:p w14:paraId="7EEB6F42" w14:textId="22395F23" w:rsidR="0068122D" w:rsidRPr="004A5C38" w:rsidRDefault="001C514E" w:rsidP="006162B8">
      <w:pPr>
        <w:spacing w:after="0" w:line="240" w:lineRule="auto"/>
        <w:jc w:val="both"/>
        <w:rPr>
          <w:rFonts w:ascii="Times New Roman" w:hAnsi="Times New Roman" w:cs="Times New Roman"/>
          <w:sz w:val="24"/>
          <w:szCs w:val="24"/>
          <w:lang w:val="hr-HR"/>
        </w:rPr>
      </w:pPr>
      <w:r w:rsidRPr="004A5C38">
        <w:rPr>
          <w:rFonts w:ascii="Times New Roman" w:hAnsi="Times New Roman" w:cs="Times New Roman"/>
          <w:sz w:val="24"/>
          <w:szCs w:val="24"/>
          <w:lang w:val="hr-HR"/>
        </w:rPr>
        <w:t xml:space="preserve">Ovaj </w:t>
      </w:r>
      <w:r w:rsidR="008818DD">
        <w:rPr>
          <w:rFonts w:ascii="Times New Roman" w:hAnsi="Times New Roman" w:cs="Times New Roman"/>
          <w:sz w:val="24"/>
          <w:szCs w:val="24"/>
          <w:lang w:val="hr-HR"/>
        </w:rPr>
        <w:t xml:space="preserve">Odluka o dopuni </w:t>
      </w:r>
      <w:r w:rsidRPr="004A5C38">
        <w:rPr>
          <w:rFonts w:ascii="Times New Roman" w:hAnsi="Times New Roman" w:cs="Times New Roman"/>
          <w:sz w:val="24"/>
          <w:szCs w:val="24"/>
          <w:lang w:val="hr-HR"/>
        </w:rPr>
        <w:t>Pravilnik</w:t>
      </w:r>
      <w:r w:rsidR="008818DD">
        <w:rPr>
          <w:rFonts w:ascii="Times New Roman" w:hAnsi="Times New Roman" w:cs="Times New Roman"/>
          <w:sz w:val="24"/>
          <w:szCs w:val="24"/>
          <w:lang w:val="hr-HR"/>
        </w:rPr>
        <w:t>a o radu Etičkog povjerenstva</w:t>
      </w:r>
      <w:r w:rsidR="0083277E" w:rsidRPr="004A5C38">
        <w:rPr>
          <w:rFonts w:ascii="Times New Roman" w:hAnsi="Times New Roman" w:cs="Times New Roman"/>
          <w:sz w:val="24"/>
          <w:szCs w:val="24"/>
          <w:lang w:val="hr-HR"/>
        </w:rPr>
        <w:t xml:space="preserve"> stupa na snagu osmog dana od dana objave na </w:t>
      </w:r>
      <w:r w:rsidR="008818DD">
        <w:rPr>
          <w:rFonts w:ascii="Times New Roman" w:hAnsi="Times New Roman" w:cs="Times New Roman"/>
          <w:sz w:val="24"/>
          <w:szCs w:val="24"/>
          <w:lang w:val="hr-HR"/>
        </w:rPr>
        <w:t>mrežn</w:t>
      </w:r>
      <w:r w:rsidR="00536059">
        <w:rPr>
          <w:rFonts w:ascii="Times New Roman" w:hAnsi="Times New Roman" w:cs="Times New Roman"/>
          <w:sz w:val="24"/>
          <w:szCs w:val="24"/>
          <w:lang w:val="hr-HR"/>
        </w:rPr>
        <w:t>oj stranic</w:t>
      </w:r>
      <w:r w:rsidR="0083277E" w:rsidRPr="004A5C38">
        <w:rPr>
          <w:rFonts w:ascii="Times New Roman" w:hAnsi="Times New Roman" w:cs="Times New Roman"/>
          <w:sz w:val="24"/>
          <w:szCs w:val="24"/>
          <w:lang w:val="hr-HR"/>
        </w:rPr>
        <w:t>i Fakulteta.</w:t>
      </w:r>
    </w:p>
    <w:p w14:paraId="2918220D" w14:textId="7BF2FD3A" w:rsidR="0068122D" w:rsidRPr="004A5C38" w:rsidRDefault="009D36D8" w:rsidP="009D36D8">
      <w:pPr>
        <w:spacing w:before="720" w:after="0" w:line="240" w:lineRule="auto"/>
        <w:ind w:left="4536"/>
        <w:jc w:val="center"/>
        <w:rPr>
          <w:rFonts w:ascii="Times New Roman" w:hAnsi="Times New Roman" w:cs="Times New Roman"/>
          <w:sz w:val="24"/>
          <w:szCs w:val="24"/>
          <w:lang w:val="hr-HR"/>
        </w:rPr>
      </w:pPr>
      <w:r w:rsidRPr="004A5C38">
        <w:rPr>
          <w:rFonts w:ascii="Times New Roman" w:hAnsi="Times New Roman" w:cs="Times New Roman"/>
          <w:sz w:val="24"/>
          <w:szCs w:val="24"/>
          <w:lang w:val="hr-HR"/>
        </w:rPr>
        <w:t>DEKAN</w:t>
      </w:r>
      <w:r w:rsidR="0083277E" w:rsidRPr="004A5C38">
        <w:rPr>
          <w:rFonts w:ascii="Times New Roman" w:hAnsi="Times New Roman" w:cs="Times New Roman"/>
          <w:sz w:val="24"/>
          <w:szCs w:val="24"/>
          <w:lang w:val="hr-HR"/>
        </w:rPr>
        <w:br/>
      </w:r>
      <w:r w:rsidR="0083277E" w:rsidRPr="004A5C38">
        <w:rPr>
          <w:rFonts w:ascii="Times New Roman" w:hAnsi="Times New Roman" w:cs="Times New Roman"/>
          <w:sz w:val="24"/>
          <w:szCs w:val="24"/>
          <w:lang w:val="hr-HR"/>
        </w:rPr>
        <w:br/>
      </w:r>
      <w:r w:rsidR="0083277E" w:rsidRPr="004A5C38">
        <w:rPr>
          <w:rFonts w:ascii="Times New Roman" w:hAnsi="Times New Roman" w:cs="Times New Roman"/>
          <w:sz w:val="24"/>
          <w:szCs w:val="24"/>
          <w:lang w:val="hr-HR"/>
        </w:rPr>
        <w:br/>
        <w:t>izv. prof. dr. sc. Ante Lončarić</w:t>
      </w:r>
    </w:p>
    <w:p w14:paraId="5C1C2642" w14:textId="77777777" w:rsidR="007A4708" w:rsidRDefault="007A4708" w:rsidP="007A4708">
      <w:pPr>
        <w:autoSpaceDE w:val="0"/>
        <w:autoSpaceDN w:val="0"/>
        <w:adjustRightInd w:val="0"/>
        <w:spacing w:after="0" w:line="240" w:lineRule="auto"/>
        <w:rPr>
          <w:rFonts w:ascii="Times New Roman" w:hAnsi="Times New Roman" w:cs="Times New Roman"/>
          <w:color w:val="000000"/>
          <w:sz w:val="24"/>
          <w:szCs w:val="24"/>
          <w:lang w:val="hr-HR"/>
        </w:rPr>
      </w:pPr>
    </w:p>
    <w:p w14:paraId="3A511552" w14:textId="77777777" w:rsidR="00536059" w:rsidRDefault="00536059" w:rsidP="007A4708">
      <w:pPr>
        <w:autoSpaceDE w:val="0"/>
        <w:autoSpaceDN w:val="0"/>
        <w:adjustRightInd w:val="0"/>
        <w:spacing w:after="0" w:line="240" w:lineRule="auto"/>
        <w:rPr>
          <w:rFonts w:ascii="Times New Roman" w:hAnsi="Times New Roman" w:cs="Times New Roman"/>
          <w:color w:val="000000"/>
          <w:sz w:val="24"/>
          <w:szCs w:val="24"/>
          <w:lang w:val="hr-HR"/>
        </w:rPr>
      </w:pPr>
    </w:p>
    <w:p w14:paraId="772D10A6" w14:textId="77777777" w:rsidR="00824DFB" w:rsidRDefault="00824DFB" w:rsidP="007A4708">
      <w:pPr>
        <w:autoSpaceDE w:val="0"/>
        <w:autoSpaceDN w:val="0"/>
        <w:adjustRightInd w:val="0"/>
        <w:spacing w:after="0" w:line="240" w:lineRule="auto"/>
        <w:rPr>
          <w:rFonts w:ascii="Times New Roman" w:hAnsi="Times New Roman" w:cs="Times New Roman"/>
          <w:color w:val="000000"/>
          <w:sz w:val="24"/>
          <w:szCs w:val="24"/>
          <w:lang w:val="hr-HR"/>
        </w:rPr>
      </w:pPr>
    </w:p>
    <w:p w14:paraId="5A94282B" w14:textId="77777777" w:rsidR="00824DFB" w:rsidRDefault="00824DFB" w:rsidP="007A4708">
      <w:pPr>
        <w:autoSpaceDE w:val="0"/>
        <w:autoSpaceDN w:val="0"/>
        <w:adjustRightInd w:val="0"/>
        <w:spacing w:after="0" w:line="240" w:lineRule="auto"/>
        <w:rPr>
          <w:rFonts w:ascii="Times New Roman" w:hAnsi="Times New Roman" w:cs="Times New Roman"/>
          <w:color w:val="000000"/>
          <w:sz w:val="24"/>
          <w:szCs w:val="24"/>
          <w:lang w:val="hr-HR"/>
        </w:rPr>
      </w:pPr>
    </w:p>
    <w:p w14:paraId="2666044F" w14:textId="77777777" w:rsidR="00824DFB" w:rsidRDefault="00824DFB" w:rsidP="007A4708">
      <w:pPr>
        <w:autoSpaceDE w:val="0"/>
        <w:autoSpaceDN w:val="0"/>
        <w:adjustRightInd w:val="0"/>
        <w:spacing w:after="0" w:line="240" w:lineRule="auto"/>
        <w:rPr>
          <w:rFonts w:ascii="Times New Roman" w:hAnsi="Times New Roman" w:cs="Times New Roman"/>
          <w:color w:val="000000"/>
          <w:sz w:val="24"/>
          <w:szCs w:val="24"/>
          <w:lang w:val="hr-HR"/>
        </w:rPr>
      </w:pPr>
    </w:p>
    <w:p w14:paraId="0C446D7B" w14:textId="77777777" w:rsidR="00824DFB" w:rsidRDefault="00824DFB" w:rsidP="007A4708">
      <w:pPr>
        <w:autoSpaceDE w:val="0"/>
        <w:autoSpaceDN w:val="0"/>
        <w:adjustRightInd w:val="0"/>
        <w:spacing w:after="0" w:line="240" w:lineRule="auto"/>
        <w:rPr>
          <w:rFonts w:ascii="Times New Roman" w:hAnsi="Times New Roman" w:cs="Times New Roman"/>
          <w:color w:val="000000"/>
          <w:sz w:val="24"/>
          <w:szCs w:val="24"/>
          <w:lang w:val="hr-HR"/>
        </w:rPr>
      </w:pPr>
    </w:p>
    <w:p w14:paraId="0C046821" w14:textId="77777777" w:rsidR="00824DFB" w:rsidRDefault="00824DFB" w:rsidP="007A4708">
      <w:pPr>
        <w:autoSpaceDE w:val="0"/>
        <w:autoSpaceDN w:val="0"/>
        <w:adjustRightInd w:val="0"/>
        <w:spacing w:after="0" w:line="240" w:lineRule="auto"/>
        <w:rPr>
          <w:rFonts w:ascii="Times New Roman" w:hAnsi="Times New Roman" w:cs="Times New Roman"/>
          <w:color w:val="000000"/>
          <w:sz w:val="24"/>
          <w:szCs w:val="24"/>
          <w:lang w:val="hr-HR"/>
        </w:rPr>
      </w:pPr>
    </w:p>
    <w:p w14:paraId="56B6663D" w14:textId="77777777" w:rsidR="00824DFB" w:rsidRDefault="00824DFB" w:rsidP="007A4708">
      <w:pPr>
        <w:autoSpaceDE w:val="0"/>
        <w:autoSpaceDN w:val="0"/>
        <w:adjustRightInd w:val="0"/>
        <w:spacing w:after="0" w:line="240" w:lineRule="auto"/>
        <w:rPr>
          <w:rFonts w:ascii="Times New Roman" w:hAnsi="Times New Roman" w:cs="Times New Roman"/>
          <w:color w:val="000000"/>
          <w:sz w:val="24"/>
          <w:szCs w:val="24"/>
          <w:lang w:val="hr-HR"/>
        </w:rPr>
      </w:pPr>
    </w:p>
    <w:p w14:paraId="0FB4FCFE" w14:textId="77777777" w:rsidR="00824DFB" w:rsidRDefault="00824DFB" w:rsidP="007A4708">
      <w:pPr>
        <w:autoSpaceDE w:val="0"/>
        <w:autoSpaceDN w:val="0"/>
        <w:adjustRightInd w:val="0"/>
        <w:spacing w:after="0" w:line="240" w:lineRule="auto"/>
        <w:rPr>
          <w:rFonts w:ascii="Times New Roman" w:hAnsi="Times New Roman" w:cs="Times New Roman"/>
          <w:color w:val="000000"/>
          <w:sz w:val="24"/>
          <w:szCs w:val="24"/>
          <w:lang w:val="hr-HR"/>
        </w:rPr>
      </w:pPr>
    </w:p>
    <w:p w14:paraId="7D72E1C1" w14:textId="77777777" w:rsidR="00824DFB" w:rsidRDefault="00824DFB" w:rsidP="007A4708">
      <w:pPr>
        <w:autoSpaceDE w:val="0"/>
        <w:autoSpaceDN w:val="0"/>
        <w:adjustRightInd w:val="0"/>
        <w:spacing w:after="0" w:line="240" w:lineRule="auto"/>
        <w:rPr>
          <w:rFonts w:ascii="Times New Roman" w:hAnsi="Times New Roman" w:cs="Times New Roman"/>
          <w:color w:val="000000"/>
          <w:sz w:val="24"/>
          <w:szCs w:val="24"/>
          <w:lang w:val="hr-HR"/>
        </w:rPr>
      </w:pPr>
    </w:p>
    <w:p w14:paraId="5F77C7EF" w14:textId="77777777" w:rsidR="00824DFB" w:rsidRDefault="00824DFB" w:rsidP="007A4708">
      <w:pPr>
        <w:autoSpaceDE w:val="0"/>
        <w:autoSpaceDN w:val="0"/>
        <w:adjustRightInd w:val="0"/>
        <w:spacing w:after="0" w:line="240" w:lineRule="auto"/>
        <w:rPr>
          <w:rFonts w:ascii="Times New Roman" w:hAnsi="Times New Roman" w:cs="Times New Roman"/>
          <w:color w:val="000000"/>
          <w:sz w:val="24"/>
          <w:szCs w:val="24"/>
          <w:lang w:val="hr-HR"/>
        </w:rPr>
      </w:pPr>
    </w:p>
    <w:p w14:paraId="13CC4C7D" w14:textId="77777777" w:rsidR="00824DFB" w:rsidRDefault="00824DFB" w:rsidP="007A4708">
      <w:pPr>
        <w:autoSpaceDE w:val="0"/>
        <w:autoSpaceDN w:val="0"/>
        <w:adjustRightInd w:val="0"/>
        <w:spacing w:after="0" w:line="240" w:lineRule="auto"/>
        <w:rPr>
          <w:rFonts w:ascii="Times New Roman" w:hAnsi="Times New Roman" w:cs="Times New Roman"/>
          <w:color w:val="000000"/>
          <w:sz w:val="24"/>
          <w:szCs w:val="24"/>
          <w:lang w:val="hr-HR"/>
        </w:rPr>
      </w:pPr>
    </w:p>
    <w:p w14:paraId="360F3A01" w14:textId="77777777" w:rsidR="00824DFB" w:rsidRDefault="00824DFB" w:rsidP="007A4708">
      <w:pPr>
        <w:autoSpaceDE w:val="0"/>
        <w:autoSpaceDN w:val="0"/>
        <w:adjustRightInd w:val="0"/>
        <w:spacing w:after="0" w:line="240" w:lineRule="auto"/>
        <w:rPr>
          <w:rFonts w:ascii="Times New Roman" w:hAnsi="Times New Roman" w:cs="Times New Roman"/>
          <w:color w:val="000000"/>
          <w:sz w:val="24"/>
          <w:szCs w:val="24"/>
          <w:lang w:val="hr-HR"/>
        </w:rPr>
      </w:pPr>
    </w:p>
    <w:p w14:paraId="5257C947" w14:textId="77777777" w:rsidR="00824DFB" w:rsidRPr="004A5C38" w:rsidRDefault="00824DFB" w:rsidP="007A4708">
      <w:pPr>
        <w:autoSpaceDE w:val="0"/>
        <w:autoSpaceDN w:val="0"/>
        <w:adjustRightInd w:val="0"/>
        <w:spacing w:after="0" w:line="240" w:lineRule="auto"/>
        <w:rPr>
          <w:rFonts w:ascii="Times New Roman" w:hAnsi="Times New Roman" w:cs="Times New Roman"/>
          <w:color w:val="000000"/>
          <w:sz w:val="24"/>
          <w:szCs w:val="24"/>
          <w:lang w:val="hr-HR"/>
        </w:rPr>
      </w:pPr>
    </w:p>
    <w:p w14:paraId="74446960" w14:textId="77777777" w:rsidR="0026351A" w:rsidRDefault="0026351A" w:rsidP="004A5C38">
      <w:pPr>
        <w:spacing w:after="0" w:line="240" w:lineRule="auto"/>
        <w:ind w:left="5040"/>
        <w:jc w:val="center"/>
        <w:rPr>
          <w:rFonts w:ascii="Times New Roman" w:hAnsi="Times New Roman" w:cs="Times New Roman"/>
          <w:sz w:val="24"/>
          <w:szCs w:val="24"/>
          <w:lang w:val="hr-HR"/>
        </w:rPr>
      </w:pPr>
    </w:p>
    <w:p w14:paraId="125910B3" w14:textId="77777777" w:rsidR="0068122D" w:rsidRPr="004A5C38" w:rsidRDefault="0083277E" w:rsidP="006162B8">
      <w:pPr>
        <w:spacing w:after="0" w:line="240" w:lineRule="auto"/>
        <w:rPr>
          <w:rFonts w:ascii="Times New Roman" w:hAnsi="Times New Roman" w:cs="Times New Roman"/>
          <w:lang w:val="hr-HR"/>
        </w:rPr>
      </w:pPr>
      <w:r w:rsidRPr="004A5C38">
        <w:rPr>
          <w:rFonts w:ascii="Times New Roman" w:hAnsi="Times New Roman" w:cs="Times New Roman"/>
          <w:b/>
          <w:lang w:val="hr-HR"/>
        </w:rPr>
        <w:t>PRILOG I.</w:t>
      </w:r>
    </w:p>
    <w:p w14:paraId="7DE25035" w14:textId="77777777" w:rsidR="0068122D" w:rsidRPr="004A5C38" w:rsidRDefault="0083277E" w:rsidP="006162B8">
      <w:pPr>
        <w:spacing w:after="0" w:line="240" w:lineRule="auto"/>
        <w:rPr>
          <w:rFonts w:ascii="Times New Roman" w:hAnsi="Times New Roman" w:cs="Times New Roman"/>
          <w:lang w:val="hr-HR"/>
        </w:rPr>
      </w:pPr>
      <w:r w:rsidRPr="004A5C38">
        <w:rPr>
          <w:rFonts w:ascii="Times New Roman" w:hAnsi="Times New Roman" w:cs="Times New Roman"/>
          <w:b/>
          <w:lang w:val="hr-HR"/>
        </w:rPr>
        <w:t>FAKULTET TURIZMA I RURALNOG RAZVOJA U POŽEGI</w:t>
      </w:r>
      <w:r w:rsidRPr="004A5C38">
        <w:rPr>
          <w:rFonts w:ascii="Times New Roman" w:hAnsi="Times New Roman" w:cs="Times New Roman"/>
          <w:b/>
          <w:lang w:val="hr-HR"/>
        </w:rPr>
        <w:br/>
        <w:t>ETIČKO POVJERENSTVO</w:t>
      </w:r>
    </w:p>
    <w:p w14:paraId="0BED4141" w14:textId="5F7CBACA" w:rsidR="00707009" w:rsidRPr="004A5C38" w:rsidRDefault="0083277E" w:rsidP="006162B8">
      <w:pPr>
        <w:spacing w:before="240" w:after="0" w:line="240" w:lineRule="auto"/>
        <w:jc w:val="center"/>
        <w:rPr>
          <w:rFonts w:ascii="Times New Roman" w:hAnsi="Times New Roman" w:cs="Times New Roman"/>
          <w:b/>
          <w:sz w:val="16"/>
          <w:szCs w:val="16"/>
          <w:lang w:val="hr-HR"/>
        </w:rPr>
      </w:pPr>
      <w:r w:rsidRPr="004A5C38">
        <w:rPr>
          <w:rFonts w:ascii="Times New Roman" w:hAnsi="Times New Roman" w:cs="Times New Roman"/>
          <w:b/>
          <w:sz w:val="24"/>
          <w:lang w:val="hr-HR"/>
        </w:rPr>
        <w:t>OBRAZAC ZA SAMOPROCJENU ISTRAŽIVANJA</w:t>
      </w:r>
      <w:r w:rsidRPr="004A5C38">
        <w:rPr>
          <w:rFonts w:ascii="Times New Roman" w:hAnsi="Times New Roman" w:cs="Times New Roman"/>
          <w:b/>
          <w:sz w:val="24"/>
          <w:lang w:val="hr-HR"/>
        </w:rPr>
        <w:br/>
      </w:r>
      <w:r w:rsidRPr="004A5C38">
        <w:rPr>
          <w:rFonts w:ascii="Times New Roman" w:hAnsi="Times New Roman" w:cs="Times New Roman"/>
          <w:b/>
          <w:lang w:val="hr-HR"/>
        </w:rPr>
        <w:t>(U skladu s člankom 3.a Pravilnika o radu Etičkog povjerenstva)</w:t>
      </w:r>
    </w:p>
    <w:p w14:paraId="0D767714" w14:textId="77777777" w:rsidR="00501782" w:rsidRPr="004A5C38" w:rsidRDefault="00501782" w:rsidP="006162B8">
      <w:pPr>
        <w:spacing w:after="0" w:line="240" w:lineRule="auto"/>
        <w:jc w:val="both"/>
        <w:rPr>
          <w:rFonts w:ascii="Times New Roman" w:hAnsi="Times New Roman" w:cs="Times New Roman"/>
          <w:bCs/>
          <w:sz w:val="16"/>
          <w:szCs w:val="16"/>
          <w:lang w:val="hr-HR"/>
        </w:rPr>
      </w:pPr>
    </w:p>
    <w:p w14:paraId="268BF67F" w14:textId="37DF52C1" w:rsidR="0068122D" w:rsidRPr="004A5C38" w:rsidRDefault="0083277E" w:rsidP="006162B8">
      <w:pPr>
        <w:spacing w:after="0" w:line="240" w:lineRule="auto"/>
        <w:jc w:val="both"/>
        <w:rPr>
          <w:rFonts w:ascii="Times New Roman" w:hAnsi="Times New Roman" w:cs="Times New Roman"/>
          <w:lang w:val="hr-HR"/>
        </w:rPr>
      </w:pPr>
      <w:r w:rsidRPr="004A5C38">
        <w:rPr>
          <w:rFonts w:ascii="Times New Roman" w:hAnsi="Times New Roman" w:cs="Times New Roman"/>
          <w:b/>
          <w:lang w:val="hr-HR"/>
        </w:rPr>
        <w:t xml:space="preserve">Upute za istraživače: </w:t>
      </w:r>
      <w:r w:rsidRPr="004A5C38">
        <w:rPr>
          <w:rFonts w:ascii="Times New Roman" w:hAnsi="Times New Roman" w:cs="Times New Roman"/>
          <w:lang w:val="hr-HR"/>
        </w:rPr>
        <w:t xml:space="preserve">Ovaj obrazac popunjava voditelj istraživanja (nastavnik, suradnik ili student uz suglasnost mentora) prije početka provođenja </w:t>
      </w:r>
      <w:proofErr w:type="spellStart"/>
      <w:r w:rsidRPr="004A5C38">
        <w:rPr>
          <w:rFonts w:ascii="Times New Roman" w:hAnsi="Times New Roman" w:cs="Times New Roman"/>
          <w:lang w:val="hr-HR"/>
        </w:rPr>
        <w:t>neintervencijskog</w:t>
      </w:r>
      <w:proofErr w:type="spellEnd"/>
      <w:r w:rsidRPr="004A5C38">
        <w:rPr>
          <w:rFonts w:ascii="Times New Roman" w:hAnsi="Times New Roman" w:cs="Times New Roman"/>
          <w:lang w:val="hr-HR"/>
        </w:rPr>
        <w:t xml:space="preserve"> istraživanja. Kako bi istraživanje bilo </w:t>
      </w:r>
      <w:r w:rsidRPr="004A5C38">
        <w:rPr>
          <w:rFonts w:ascii="Times New Roman" w:hAnsi="Times New Roman" w:cs="Times New Roman"/>
          <w:b/>
          <w:lang w:val="hr-HR"/>
        </w:rPr>
        <w:t>izuzeto</w:t>
      </w:r>
      <w:r w:rsidRPr="004A5C38">
        <w:rPr>
          <w:rFonts w:ascii="Times New Roman" w:hAnsi="Times New Roman" w:cs="Times New Roman"/>
          <w:lang w:val="hr-HR"/>
        </w:rPr>
        <w:t xml:space="preserve"> od obveze podnošenja zahtjeva Etičkom povjerenstvu, istraživač mora potvrditi ispunjavanje svih navedenih kriterija oznakom </w:t>
      </w:r>
      <w:r w:rsidRPr="004A5C38">
        <w:rPr>
          <w:rFonts w:ascii="Times New Roman" w:hAnsi="Times New Roman" w:cs="Times New Roman"/>
          <w:b/>
          <w:lang w:val="hr-HR"/>
        </w:rPr>
        <w:t>[ X ] u stupcu DA</w:t>
      </w:r>
      <w:r w:rsidRPr="004A5C38">
        <w:rPr>
          <w:rFonts w:ascii="Times New Roman" w:hAnsi="Times New Roman" w:cs="Times New Roman"/>
          <w:lang w:val="hr-HR"/>
        </w:rPr>
        <w:t>. Popunjeni i potpisani obrazac istraživač je dužan čuvati u vlastitoj dokumentaciji projekta/rada.</w:t>
      </w:r>
    </w:p>
    <w:p w14:paraId="627C22E7" w14:textId="77777777" w:rsidR="0068122D" w:rsidRPr="004A5C38" w:rsidRDefault="0083277E" w:rsidP="00963FF0">
      <w:pPr>
        <w:spacing w:before="240" w:after="0" w:line="480" w:lineRule="auto"/>
        <w:rPr>
          <w:rFonts w:ascii="Times New Roman" w:hAnsi="Times New Roman" w:cs="Times New Roman"/>
          <w:b/>
          <w:lang w:val="hr-HR"/>
        </w:rPr>
      </w:pPr>
      <w:r w:rsidRPr="004A5C38">
        <w:rPr>
          <w:rFonts w:ascii="Times New Roman" w:hAnsi="Times New Roman" w:cs="Times New Roman"/>
          <w:b/>
          <w:lang w:val="hr-HR"/>
        </w:rPr>
        <w:t>1. OSNOVNI PODACI O ISTRAŽIVANJU</w:t>
      </w:r>
    </w:p>
    <w:p w14:paraId="0492D718" w14:textId="77777777" w:rsidR="0097003A" w:rsidRPr="004A5C38" w:rsidRDefault="0083277E" w:rsidP="0097003A">
      <w:pPr>
        <w:spacing w:after="0" w:line="240" w:lineRule="auto"/>
        <w:rPr>
          <w:rFonts w:ascii="Times New Roman" w:hAnsi="Times New Roman" w:cs="Times New Roman"/>
          <w:lang w:val="hr-HR"/>
        </w:rPr>
      </w:pPr>
      <w:r w:rsidRPr="004A5C38">
        <w:rPr>
          <w:rFonts w:ascii="Times New Roman" w:hAnsi="Times New Roman" w:cs="Times New Roman"/>
          <w:lang w:val="hr-HR"/>
        </w:rPr>
        <w:t>Naslov istraživanja/rada: ____________________________________________________</w:t>
      </w:r>
      <w:r w:rsidR="00E35884" w:rsidRPr="004A5C38">
        <w:rPr>
          <w:rFonts w:ascii="Times New Roman" w:hAnsi="Times New Roman" w:cs="Times New Roman"/>
          <w:lang w:val="hr-HR"/>
        </w:rPr>
        <w:t>__________</w:t>
      </w:r>
      <w:r w:rsidRPr="004A5C38">
        <w:rPr>
          <w:rFonts w:ascii="Times New Roman" w:hAnsi="Times New Roman" w:cs="Times New Roman"/>
          <w:lang w:val="hr-HR"/>
        </w:rPr>
        <w:t>_</w:t>
      </w:r>
    </w:p>
    <w:p w14:paraId="46FCBBED" w14:textId="77777777" w:rsidR="0097003A" w:rsidRPr="004A5C38" w:rsidRDefault="0083277E" w:rsidP="0097003A">
      <w:pPr>
        <w:spacing w:after="0" w:line="240" w:lineRule="auto"/>
        <w:rPr>
          <w:rFonts w:ascii="Times New Roman" w:hAnsi="Times New Roman" w:cs="Times New Roman"/>
          <w:lang w:val="hr-HR"/>
        </w:rPr>
      </w:pPr>
      <w:r w:rsidRPr="004A5C38">
        <w:rPr>
          <w:rFonts w:ascii="Times New Roman" w:hAnsi="Times New Roman" w:cs="Times New Roman"/>
          <w:lang w:val="hr-HR"/>
        </w:rPr>
        <w:br/>
        <w:t>Ime i prezime istraživača / studenta: ______________________________________</w:t>
      </w:r>
      <w:r w:rsidR="00E35884" w:rsidRPr="004A5C38">
        <w:rPr>
          <w:rFonts w:ascii="Times New Roman" w:hAnsi="Times New Roman" w:cs="Times New Roman"/>
          <w:lang w:val="hr-HR"/>
        </w:rPr>
        <w:t>___________</w:t>
      </w:r>
      <w:r w:rsidRPr="004A5C38">
        <w:rPr>
          <w:rFonts w:ascii="Times New Roman" w:hAnsi="Times New Roman" w:cs="Times New Roman"/>
          <w:lang w:val="hr-HR"/>
        </w:rPr>
        <w:t>_____</w:t>
      </w:r>
    </w:p>
    <w:p w14:paraId="02DD300B" w14:textId="77777777" w:rsidR="0097003A" w:rsidRPr="004A5C38" w:rsidRDefault="0083277E" w:rsidP="0097003A">
      <w:pPr>
        <w:spacing w:after="0" w:line="240" w:lineRule="auto"/>
        <w:rPr>
          <w:rFonts w:ascii="Times New Roman" w:hAnsi="Times New Roman" w:cs="Times New Roman"/>
          <w:lang w:val="hr-HR"/>
        </w:rPr>
      </w:pPr>
      <w:r w:rsidRPr="004A5C38">
        <w:rPr>
          <w:rFonts w:ascii="Times New Roman" w:hAnsi="Times New Roman" w:cs="Times New Roman"/>
          <w:lang w:val="hr-HR"/>
        </w:rPr>
        <w:br/>
        <w:t>Ime i prezime mentora (ako je primjenjivo): ________________________________</w:t>
      </w:r>
      <w:r w:rsidR="00E35884" w:rsidRPr="004A5C38">
        <w:rPr>
          <w:rFonts w:ascii="Times New Roman" w:hAnsi="Times New Roman" w:cs="Times New Roman"/>
          <w:lang w:val="hr-HR"/>
        </w:rPr>
        <w:t>_________</w:t>
      </w:r>
      <w:r w:rsidRPr="004A5C38">
        <w:rPr>
          <w:rFonts w:ascii="Times New Roman" w:hAnsi="Times New Roman" w:cs="Times New Roman"/>
          <w:lang w:val="hr-HR"/>
        </w:rPr>
        <w:t>_______</w:t>
      </w:r>
    </w:p>
    <w:p w14:paraId="4F53DDAC" w14:textId="68C258FF" w:rsidR="0068122D" w:rsidRPr="004A5C38" w:rsidRDefault="0083277E" w:rsidP="0097003A">
      <w:pPr>
        <w:spacing w:after="0" w:line="240" w:lineRule="auto"/>
        <w:rPr>
          <w:rFonts w:ascii="Times New Roman" w:hAnsi="Times New Roman" w:cs="Times New Roman"/>
          <w:lang w:val="hr-HR"/>
        </w:rPr>
      </w:pPr>
      <w:r w:rsidRPr="004A5C38">
        <w:rPr>
          <w:rFonts w:ascii="Times New Roman" w:hAnsi="Times New Roman" w:cs="Times New Roman"/>
          <w:lang w:val="hr-HR"/>
        </w:rPr>
        <w:br/>
        <w:t>Status rada (npr. diplomski rad, znanstveni projekt, stručni rad): ________________</w:t>
      </w:r>
      <w:r w:rsidR="00E35884" w:rsidRPr="004A5C38">
        <w:rPr>
          <w:rFonts w:ascii="Times New Roman" w:hAnsi="Times New Roman" w:cs="Times New Roman"/>
          <w:lang w:val="hr-HR"/>
        </w:rPr>
        <w:t>___________</w:t>
      </w:r>
      <w:r w:rsidRPr="004A5C38">
        <w:rPr>
          <w:rFonts w:ascii="Times New Roman" w:hAnsi="Times New Roman" w:cs="Times New Roman"/>
          <w:lang w:val="hr-HR"/>
        </w:rPr>
        <w:t>_____</w:t>
      </w:r>
    </w:p>
    <w:p w14:paraId="29398F57" w14:textId="2C359FF8" w:rsidR="0097003A" w:rsidRPr="004A5C38" w:rsidRDefault="0083277E" w:rsidP="0097003A">
      <w:pPr>
        <w:spacing w:before="280" w:after="0" w:line="480" w:lineRule="auto"/>
        <w:rPr>
          <w:rFonts w:ascii="Times New Roman" w:hAnsi="Times New Roman" w:cs="Times New Roman"/>
          <w:b/>
          <w:lang w:val="hr-HR"/>
        </w:rPr>
      </w:pPr>
      <w:r w:rsidRPr="004A5C38">
        <w:rPr>
          <w:rFonts w:ascii="Times New Roman" w:hAnsi="Times New Roman" w:cs="Times New Roman"/>
          <w:b/>
          <w:lang w:val="hr-HR"/>
        </w:rPr>
        <w:t>2. KONTROLNA LISTA ZA SAMOPROCJENU (Članak 3.a, 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1008"/>
        <w:gridCol w:w="1008"/>
      </w:tblGrid>
      <w:tr w:rsidR="0068122D" w:rsidRPr="004A5C38" w14:paraId="275F2BBB" w14:textId="77777777" w:rsidTr="0097003A">
        <w:trPr>
          <w:jc w:val="center"/>
        </w:trPr>
        <w:tc>
          <w:tcPr>
            <w:tcW w:w="6912" w:type="dxa"/>
            <w:shd w:val="clear" w:color="auto" w:fill="EAEAEA"/>
            <w:tcMar>
              <w:top w:w="140" w:type="dxa"/>
              <w:left w:w="150" w:type="dxa"/>
              <w:bottom w:w="140" w:type="dxa"/>
              <w:right w:w="150" w:type="dxa"/>
            </w:tcMar>
          </w:tcPr>
          <w:p w14:paraId="47FA3CCF" w14:textId="77777777" w:rsidR="0068122D" w:rsidRPr="004A5C38" w:rsidRDefault="0083277E" w:rsidP="006162B8">
            <w:pPr>
              <w:spacing w:after="0" w:line="240" w:lineRule="auto"/>
              <w:rPr>
                <w:rFonts w:ascii="Times New Roman" w:hAnsi="Times New Roman" w:cs="Times New Roman"/>
                <w:lang w:val="hr-HR"/>
              </w:rPr>
            </w:pPr>
            <w:r w:rsidRPr="004A5C38">
              <w:rPr>
                <w:rFonts w:ascii="Times New Roman" w:hAnsi="Times New Roman" w:cs="Times New Roman"/>
                <w:b/>
                <w:lang w:val="hr-HR"/>
              </w:rPr>
              <w:t>Kriterij izuzeća od etičkog odobrenja</w:t>
            </w:r>
          </w:p>
        </w:tc>
        <w:tc>
          <w:tcPr>
            <w:tcW w:w="1008" w:type="dxa"/>
            <w:shd w:val="clear" w:color="auto" w:fill="EAEAEA"/>
            <w:tcMar>
              <w:top w:w="140" w:type="dxa"/>
              <w:left w:w="150" w:type="dxa"/>
              <w:bottom w:w="140" w:type="dxa"/>
              <w:right w:w="150" w:type="dxa"/>
            </w:tcMar>
          </w:tcPr>
          <w:p w14:paraId="65FBB4A1" w14:textId="77777777" w:rsidR="0068122D" w:rsidRPr="004A5C38" w:rsidRDefault="0083277E" w:rsidP="006162B8">
            <w:pPr>
              <w:spacing w:after="0" w:line="240" w:lineRule="auto"/>
              <w:jc w:val="center"/>
              <w:rPr>
                <w:rFonts w:ascii="Times New Roman" w:hAnsi="Times New Roman" w:cs="Times New Roman"/>
                <w:lang w:val="hr-HR"/>
              </w:rPr>
            </w:pPr>
            <w:r w:rsidRPr="004A5C38">
              <w:rPr>
                <w:rFonts w:ascii="Times New Roman" w:hAnsi="Times New Roman" w:cs="Times New Roman"/>
                <w:b/>
                <w:lang w:val="hr-HR"/>
              </w:rPr>
              <w:t>DA</w:t>
            </w:r>
          </w:p>
        </w:tc>
        <w:tc>
          <w:tcPr>
            <w:tcW w:w="1008" w:type="dxa"/>
            <w:shd w:val="clear" w:color="auto" w:fill="EAEAEA"/>
            <w:tcMar>
              <w:top w:w="140" w:type="dxa"/>
              <w:left w:w="150" w:type="dxa"/>
              <w:bottom w:w="140" w:type="dxa"/>
              <w:right w:w="150" w:type="dxa"/>
            </w:tcMar>
          </w:tcPr>
          <w:p w14:paraId="044D5FC1" w14:textId="77777777" w:rsidR="0068122D" w:rsidRPr="004A5C38" w:rsidRDefault="0083277E" w:rsidP="006162B8">
            <w:pPr>
              <w:spacing w:after="0" w:line="240" w:lineRule="auto"/>
              <w:jc w:val="center"/>
              <w:rPr>
                <w:rFonts w:ascii="Times New Roman" w:hAnsi="Times New Roman" w:cs="Times New Roman"/>
                <w:lang w:val="hr-HR"/>
              </w:rPr>
            </w:pPr>
            <w:r w:rsidRPr="004A5C38">
              <w:rPr>
                <w:rFonts w:ascii="Times New Roman" w:hAnsi="Times New Roman" w:cs="Times New Roman"/>
                <w:b/>
                <w:lang w:val="hr-HR"/>
              </w:rPr>
              <w:t>NE</w:t>
            </w:r>
          </w:p>
        </w:tc>
      </w:tr>
      <w:tr w:rsidR="0068122D" w:rsidRPr="004A5C38" w14:paraId="7AF0EFFD" w14:textId="77777777" w:rsidTr="00707009">
        <w:trPr>
          <w:trHeight w:val="340"/>
          <w:jc w:val="center"/>
        </w:trPr>
        <w:tc>
          <w:tcPr>
            <w:tcW w:w="6912" w:type="dxa"/>
            <w:tcMar>
              <w:top w:w="100" w:type="dxa"/>
              <w:left w:w="150" w:type="dxa"/>
              <w:bottom w:w="100" w:type="dxa"/>
              <w:right w:w="150" w:type="dxa"/>
            </w:tcMar>
          </w:tcPr>
          <w:p w14:paraId="091D7CC1" w14:textId="7EC693AB" w:rsidR="00707009" w:rsidRPr="004A5C38" w:rsidRDefault="0083277E" w:rsidP="006162B8">
            <w:pPr>
              <w:spacing w:after="0" w:line="240" w:lineRule="auto"/>
              <w:jc w:val="both"/>
              <w:rPr>
                <w:rFonts w:ascii="Times New Roman" w:hAnsi="Times New Roman" w:cs="Times New Roman"/>
                <w:lang w:val="hr-HR"/>
              </w:rPr>
            </w:pPr>
            <w:r w:rsidRPr="004A5C38">
              <w:rPr>
                <w:rFonts w:ascii="Times New Roman" w:hAnsi="Times New Roman" w:cs="Times New Roman"/>
                <w:lang w:val="hr-HR"/>
              </w:rPr>
              <w:t>a) U istraživanju sudjeluju isključivo punoljetne osobe sposobne samostalno dati informirani pristanak.</w:t>
            </w:r>
          </w:p>
        </w:tc>
        <w:tc>
          <w:tcPr>
            <w:tcW w:w="1008" w:type="dxa"/>
            <w:tcMar>
              <w:top w:w="100" w:type="dxa"/>
              <w:left w:w="150" w:type="dxa"/>
              <w:bottom w:w="100" w:type="dxa"/>
              <w:right w:w="150" w:type="dxa"/>
            </w:tcMar>
          </w:tcPr>
          <w:p w14:paraId="4B47A718" w14:textId="06ED10CB" w:rsidR="0068122D" w:rsidRPr="004A5C38" w:rsidRDefault="0083277E" w:rsidP="006162B8">
            <w:pPr>
              <w:spacing w:after="0" w:line="240" w:lineRule="auto"/>
              <w:jc w:val="center"/>
              <w:rPr>
                <w:rFonts w:ascii="Times New Roman" w:hAnsi="Times New Roman" w:cs="Times New Roman"/>
                <w:lang w:val="hr-HR"/>
              </w:rPr>
            </w:pPr>
            <w:r w:rsidRPr="004A5C38">
              <w:rPr>
                <w:rFonts w:ascii="Times New Roman" w:hAnsi="Times New Roman" w:cs="Times New Roman"/>
                <w:lang w:val="hr-HR"/>
              </w:rPr>
              <w:t xml:space="preserve">[ </w:t>
            </w:r>
            <w:r w:rsidR="004A5BFB" w:rsidRPr="004A5C38">
              <w:rPr>
                <w:rFonts w:ascii="Times New Roman" w:hAnsi="Times New Roman" w:cs="Times New Roman"/>
                <w:lang w:val="hr-HR"/>
              </w:rPr>
              <w:t xml:space="preserve"> </w:t>
            </w:r>
            <w:r w:rsidRPr="004A5C38">
              <w:rPr>
                <w:rFonts w:ascii="Times New Roman" w:hAnsi="Times New Roman" w:cs="Times New Roman"/>
                <w:lang w:val="hr-HR"/>
              </w:rPr>
              <w:t xml:space="preserve"> ]</w:t>
            </w:r>
          </w:p>
        </w:tc>
        <w:tc>
          <w:tcPr>
            <w:tcW w:w="1008" w:type="dxa"/>
            <w:tcMar>
              <w:top w:w="100" w:type="dxa"/>
              <w:left w:w="150" w:type="dxa"/>
              <w:bottom w:w="100" w:type="dxa"/>
              <w:right w:w="150" w:type="dxa"/>
            </w:tcMar>
          </w:tcPr>
          <w:p w14:paraId="16E2194A" w14:textId="4FA9E568" w:rsidR="0068122D" w:rsidRPr="004A5C38" w:rsidRDefault="0083277E" w:rsidP="006162B8">
            <w:pPr>
              <w:spacing w:after="0" w:line="240" w:lineRule="auto"/>
              <w:jc w:val="center"/>
              <w:rPr>
                <w:rFonts w:ascii="Times New Roman" w:hAnsi="Times New Roman" w:cs="Times New Roman"/>
                <w:lang w:val="hr-HR"/>
              </w:rPr>
            </w:pPr>
            <w:r w:rsidRPr="004A5C38">
              <w:rPr>
                <w:rFonts w:ascii="Times New Roman" w:hAnsi="Times New Roman" w:cs="Times New Roman"/>
                <w:lang w:val="hr-HR"/>
              </w:rPr>
              <w:t xml:space="preserve">[  </w:t>
            </w:r>
            <w:r w:rsidR="004A5BFB" w:rsidRPr="004A5C38">
              <w:rPr>
                <w:rFonts w:ascii="Times New Roman" w:hAnsi="Times New Roman" w:cs="Times New Roman"/>
                <w:lang w:val="hr-HR"/>
              </w:rPr>
              <w:t xml:space="preserve"> </w:t>
            </w:r>
            <w:r w:rsidRPr="004A5C38">
              <w:rPr>
                <w:rFonts w:ascii="Times New Roman" w:hAnsi="Times New Roman" w:cs="Times New Roman"/>
                <w:lang w:val="hr-HR"/>
              </w:rPr>
              <w:t>]</w:t>
            </w:r>
          </w:p>
        </w:tc>
      </w:tr>
      <w:tr w:rsidR="0068122D" w:rsidRPr="004A5C38" w14:paraId="61D370B9" w14:textId="77777777" w:rsidTr="00707009">
        <w:trPr>
          <w:trHeight w:val="340"/>
          <w:jc w:val="center"/>
        </w:trPr>
        <w:tc>
          <w:tcPr>
            <w:tcW w:w="6912" w:type="dxa"/>
            <w:tcMar>
              <w:top w:w="100" w:type="dxa"/>
              <w:left w:w="150" w:type="dxa"/>
              <w:bottom w:w="100" w:type="dxa"/>
              <w:right w:w="150" w:type="dxa"/>
            </w:tcMar>
          </w:tcPr>
          <w:p w14:paraId="0833C163" w14:textId="77777777" w:rsidR="0068122D" w:rsidRPr="004A5C38" w:rsidRDefault="0083277E" w:rsidP="006162B8">
            <w:pPr>
              <w:spacing w:after="0" w:line="240" w:lineRule="auto"/>
              <w:jc w:val="both"/>
              <w:rPr>
                <w:rFonts w:ascii="Times New Roman" w:hAnsi="Times New Roman" w:cs="Times New Roman"/>
                <w:lang w:val="hr-HR"/>
              </w:rPr>
            </w:pPr>
            <w:r w:rsidRPr="004A5C38">
              <w:rPr>
                <w:rFonts w:ascii="Times New Roman" w:hAnsi="Times New Roman" w:cs="Times New Roman"/>
                <w:lang w:val="hr-HR"/>
              </w:rPr>
              <w:t>b) Sudjelovanje je u potpunosti dobrovoljno, a sudionici su unaprijed upoznati sa svrhom, trajanjem i načinom provedbe istraživanja.</w:t>
            </w:r>
          </w:p>
        </w:tc>
        <w:tc>
          <w:tcPr>
            <w:tcW w:w="1008" w:type="dxa"/>
            <w:tcMar>
              <w:top w:w="100" w:type="dxa"/>
              <w:left w:w="150" w:type="dxa"/>
              <w:bottom w:w="100" w:type="dxa"/>
              <w:right w:w="150" w:type="dxa"/>
            </w:tcMar>
          </w:tcPr>
          <w:p w14:paraId="448EABD6" w14:textId="43D2A052" w:rsidR="0068122D" w:rsidRPr="004A5C38" w:rsidRDefault="0083277E" w:rsidP="006162B8">
            <w:pPr>
              <w:spacing w:after="0" w:line="240" w:lineRule="auto"/>
              <w:jc w:val="center"/>
              <w:rPr>
                <w:rFonts w:ascii="Times New Roman" w:hAnsi="Times New Roman" w:cs="Times New Roman"/>
                <w:lang w:val="hr-HR"/>
              </w:rPr>
            </w:pPr>
            <w:r w:rsidRPr="004A5C38">
              <w:rPr>
                <w:rFonts w:ascii="Times New Roman" w:hAnsi="Times New Roman" w:cs="Times New Roman"/>
                <w:lang w:val="hr-HR"/>
              </w:rPr>
              <w:t xml:space="preserve">[  </w:t>
            </w:r>
            <w:r w:rsidR="004A5BFB" w:rsidRPr="004A5C38">
              <w:rPr>
                <w:rFonts w:ascii="Times New Roman" w:hAnsi="Times New Roman" w:cs="Times New Roman"/>
                <w:lang w:val="hr-HR"/>
              </w:rPr>
              <w:t xml:space="preserve"> </w:t>
            </w:r>
            <w:r w:rsidRPr="004A5C38">
              <w:rPr>
                <w:rFonts w:ascii="Times New Roman" w:hAnsi="Times New Roman" w:cs="Times New Roman"/>
                <w:lang w:val="hr-HR"/>
              </w:rPr>
              <w:t>]</w:t>
            </w:r>
          </w:p>
        </w:tc>
        <w:tc>
          <w:tcPr>
            <w:tcW w:w="1008" w:type="dxa"/>
            <w:tcMar>
              <w:top w:w="100" w:type="dxa"/>
              <w:left w:w="150" w:type="dxa"/>
              <w:bottom w:w="100" w:type="dxa"/>
              <w:right w:w="150" w:type="dxa"/>
            </w:tcMar>
          </w:tcPr>
          <w:p w14:paraId="3063056A" w14:textId="025D45F4" w:rsidR="0068122D" w:rsidRPr="004A5C38" w:rsidRDefault="0083277E" w:rsidP="006162B8">
            <w:pPr>
              <w:spacing w:after="0" w:line="240" w:lineRule="auto"/>
              <w:jc w:val="center"/>
              <w:rPr>
                <w:rFonts w:ascii="Times New Roman" w:hAnsi="Times New Roman" w:cs="Times New Roman"/>
                <w:lang w:val="hr-HR"/>
              </w:rPr>
            </w:pPr>
            <w:r w:rsidRPr="004A5C38">
              <w:rPr>
                <w:rFonts w:ascii="Times New Roman" w:hAnsi="Times New Roman" w:cs="Times New Roman"/>
                <w:lang w:val="hr-HR"/>
              </w:rPr>
              <w:t xml:space="preserve">[  </w:t>
            </w:r>
            <w:r w:rsidR="004A5BFB" w:rsidRPr="004A5C38">
              <w:rPr>
                <w:rFonts w:ascii="Times New Roman" w:hAnsi="Times New Roman" w:cs="Times New Roman"/>
                <w:lang w:val="hr-HR"/>
              </w:rPr>
              <w:t xml:space="preserve"> </w:t>
            </w:r>
            <w:r w:rsidRPr="004A5C38">
              <w:rPr>
                <w:rFonts w:ascii="Times New Roman" w:hAnsi="Times New Roman" w:cs="Times New Roman"/>
                <w:lang w:val="hr-HR"/>
              </w:rPr>
              <w:t>]</w:t>
            </w:r>
          </w:p>
        </w:tc>
      </w:tr>
      <w:tr w:rsidR="0068122D" w:rsidRPr="004A5C38" w14:paraId="6788248D" w14:textId="77777777" w:rsidTr="00707009">
        <w:trPr>
          <w:trHeight w:val="340"/>
          <w:jc w:val="center"/>
        </w:trPr>
        <w:tc>
          <w:tcPr>
            <w:tcW w:w="6912" w:type="dxa"/>
            <w:tcMar>
              <w:top w:w="100" w:type="dxa"/>
              <w:left w:w="150" w:type="dxa"/>
              <w:bottom w:w="100" w:type="dxa"/>
              <w:right w:w="150" w:type="dxa"/>
            </w:tcMar>
          </w:tcPr>
          <w:p w14:paraId="07985269" w14:textId="77777777" w:rsidR="0068122D" w:rsidRPr="004A5C38" w:rsidRDefault="0083277E" w:rsidP="006162B8">
            <w:pPr>
              <w:spacing w:after="0" w:line="240" w:lineRule="auto"/>
              <w:jc w:val="both"/>
              <w:rPr>
                <w:rFonts w:ascii="Times New Roman" w:hAnsi="Times New Roman" w:cs="Times New Roman"/>
                <w:lang w:val="hr-HR"/>
              </w:rPr>
            </w:pPr>
            <w:r w:rsidRPr="004A5C38">
              <w:rPr>
                <w:rFonts w:ascii="Times New Roman" w:hAnsi="Times New Roman" w:cs="Times New Roman"/>
                <w:lang w:val="hr-HR"/>
              </w:rPr>
              <w:t>c) Istraživanje NE uključuje nikakve medicinske, kliničke, fizičke, psihološke ili druge eksperimentalne intervencije.</w:t>
            </w:r>
          </w:p>
        </w:tc>
        <w:tc>
          <w:tcPr>
            <w:tcW w:w="1008" w:type="dxa"/>
            <w:tcMar>
              <w:top w:w="100" w:type="dxa"/>
              <w:left w:w="150" w:type="dxa"/>
              <w:bottom w:w="100" w:type="dxa"/>
              <w:right w:w="150" w:type="dxa"/>
            </w:tcMar>
          </w:tcPr>
          <w:p w14:paraId="799E3A84" w14:textId="4F516527" w:rsidR="0068122D" w:rsidRPr="004A5C38" w:rsidRDefault="0083277E" w:rsidP="006162B8">
            <w:pPr>
              <w:spacing w:after="0" w:line="240" w:lineRule="auto"/>
              <w:jc w:val="center"/>
              <w:rPr>
                <w:rFonts w:ascii="Times New Roman" w:hAnsi="Times New Roman" w:cs="Times New Roman"/>
                <w:lang w:val="hr-HR"/>
              </w:rPr>
            </w:pPr>
            <w:r w:rsidRPr="004A5C38">
              <w:rPr>
                <w:rFonts w:ascii="Times New Roman" w:hAnsi="Times New Roman" w:cs="Times New Roman"/>
                <w:lang w:val="hr-HR"/>
              </w:rPr>
              <w:t xml:space="preserve">[ </w:t>
            </w:r>
            <w:r w:rsidR="004A5BFB" w:rsidRPr="004A5C38">
              <w:rPr>
                <w:rFonts w:ascii="Times New Roman" w:hAnsi="Times New Roman" w:cs="Times New Roman"/>
                <w:lang w:val="hr-HR"/>
              </w:rPr>
              <w:t xml:space="preserve"> </w:t>
            </w:r>
            <w:r w:rsidRPr="004A5C38">
              <w:rPr>
                <w:rFonts w:ascii="Times New Roman" w:hAnsi="Times New Roman" w:cs="Times New Roman"/>
                <w:lang w:val="hr-HR"/>
              </w:rPr>
              <w:t xml:space="preserve"> ]</w:t>
            </w:r>
          </w:p>
        </w:tc>
        <w:tc>
          <w:tcPr>
            <w:tcW w:w="1008" w:type="dxa"/>
            <w:tcMar>
              <w:top w:w="100" w:type="dxa"/>
              <w:left w:w="150" w:type="dxa"/>
              <w:bottom w:w="100" w:type="dxa"/>
              <w:right w:w="150" w:type="dxa"/>
            </w:tcMar>
          </w:tcPr>
          <w:p w14:paraId="4637D8E2" w14:textId="00A255E7" w:rsidR="0068122D" w:rsidRPr="004A5C38" w:rsidRDefault="0083277E" w:rsidP="006162B8">
            <w:pPr>
              <w:spacing w:after="0" w:line="240" w:lineRule="auto"/>
              <w:jc w:val="center"/>
              <w:rPr>
                <w:rFonts w:ascii="Times New Roman" w:hAnsi="Times New Roman" w:cs="Times New Roman"/>
                <w:lang w:val="hr-HR"/>
              </w:rPr>
            </w:pPr>
            <w:r w:rsidRPr="004A5C38">
              <w:rPr>
                <w:rFonts w:ascii="Times New Roman" w:hAnsi="Times New Roman" w:cs="Times New Roman"/>
                <w:lang w:val="hr-HR"/>
              </w:rPr>
              <w:t>[</w:t>
            </w:r>
            <w:r w:rsidR="004A5BFB" w:rsidRPr="004A5C38">
              <w:rPr>
                <w:rFonts w:ascii="Times New Roman" w:hAnsi="Times New Roman" w:cs="Times New Roman"/>
                <w:lang w:val="hr-HR"/>
              </w:rPr>
              <w:t xml:space="preserve"> </w:t>
            </w:r>
            <w:r w:rsidRPr="004A5C38">
              <w:rPr>
                <w:rFonts w:ascii="Times New Roman" w:hAnsi="Times New Roman" w:cs="Times New Roman"/>
                <w:lang w:val="hr-HR"/>
              </w:rPr>
              <w:t xml:space="preserve">  ]</w:t>
            </w:r>
          </w:p>
        </w:tc>
      </w:tr>
      <w:tr w:rsidR="0068122D" w:rsidRPr="004A5C38" w14:paraId="10F0693D" w14:textId="77777777" w:rsidTr="00707009">
        <w:trPr>
          <w:trHeight w:val="340"/>
          <w:jc w:val="center"/>
        </w:trPr>
        <w:tc>
          <w:tcPr>
            <w:tcW w:w="6912" w:type="dxa"/>
            <w:tcMar>
              <w:top w:w="100" w:type="dxa"/>
              <w:left w:w="150" w:type="dxa"/>
              <w:bottom w:w="100" w:type="dxa"/>
              <w:right w:w="150" w:type="dxa"/>
            </w:tcMar>
          </w:tcPr>
          <w:p w14:paraId="6CEF15E1" w14:textId="77777777" w:rsidR="0068122D" w:rsidRPr="004A5C38" w:rsidRDefault="0083277E" w:rsidP="006162B8">
            <w:pPr>
              <w:spacing w:after="0" w:line="240" w:lineRule="auto"/>
              <w:jc w:val="both"/>
              <w:rPr>
                <w:rFonts w:ascii="Times New Roman" w:hAnsi="Times New Roman" w:cs="Times New Roman"/>
                <w:lang w:val="hr-HR"/>
              </w:rPr>
            </w:pPr>
            <w:r w:rsidRPr="004A5C38">
              <w:rPr>
                <w:rFonts w:ascii="Times New Roman" w:hAnsi="Times New Roman" w:cs="Times New Roman"/>
                <w:lang w:val="hr-HR"/>
              </w:rPr>
              <w:t>d) Istraživanje NE izlaže sudionike riziku koji je veći od minimalnog rizika uobičajenog u svakodnevnom životu.</w:t>
            </w:r>
          </w:p>
        </w:tc>
        <w:tc>
          <w:tcPr>
            <w:tcW w:w="1008" w:type="dxa"/>
            <w:tcMar>
              <w:top w:w="100" w:type="dxa"/>
              <w:left w:w="150" w:type="dxa"/>
              <w:bottom w:w="100" w:type="dxa"/>
              <w:right w:w="150" w:type="dxa"/>
            </w:tcMar>
          </w:tcPr>
          <w:p w14:paraId="2B273EB8" w14:textId="6EC62308" w:rsidR="0068122D" w:rsidRPr="004A5C38" w:rsidRDefault="0083277E" w:rsidP="006162B8">
            <w:pPr>
              <w:spacing w:after="0" w:line="240" w:lineRule="auto"/>
              <w:jc w:val="center"/>
              <w:rPr>
                <w:rFonts w:ascii="Times New Roman" w:hAnsi="Times New Roman" w:cs="Times New Roman"/>
                <w:lang w:val="hr-HR"/>
              </w:rPr>
            </w:pPr>
            <w:r w:rsidRPr="004A5C38">
              <w:rPr>
                <w:rFonts w:ascii="Times New Roman" w:hAnsi="Times New Roman" w:cs="Times New Roman"/>
                <w:lang w:val="hr-HR"/>
              </w:rPr>
              <w:t xml:space="preserve">[ </w:t>
            </w:r>
            <w:r w:rsidR="004A5BFB" w:rsidRPr="004A5C38">
              <w:rPr>
                <w:rFonts w:ascii="Times New Roman" w:hAnsi="Times New Roman" w:cs="Times New Roman"/>
                <w:lang w:val="hr-HR"/>
              </w:rPr>
              <w:t xml:space="preserve"> </w:t>
            </w:r>
            <w:r w:rsidRPr="004A5C38">
              <w:rPr>
                <w:rFonts w:ascii="Times New Roman" w:hAnsi="Times New Roman" w:cs="Times New Roman"/>
                <w:lang w:val="hr-HR"/>
              </w:rPr>
              <w:t xml:space="preserve"> ]</w:t>
            </w:r>
          </w:p>
        </w:tc>
        <w:tc>
          <w:tcPr>
            <w:tcW w:w="1008" w:type="dxa"/>
            <w:tcMar>
              <w:top w:w="100" w:type="dxa"/>
              <w:left w:w="150" w:type="dxa"/>
              <w:bottom w:w="100" w:type="dxa"/>
              <w:right w:w="150" w:type="dxa"/>
            </w:tcMar>
          </w:tcPr>
          <w:p w14:paraId="1B9DD490" w14:textId="423AD8E0" w:rsidR="0068122D" w:rsidRPr="004A5C38" w:rsidRDefault="0083277E" w:rsidP="006162B8">
            <w:pPr>
              <w:spacing w:after="0" w:line="240" w:lineRule="auto"/>
              <w:jc w:val="center"/>
              <w:rPr>
                <w:rFonts w:ascii="Times New Roman" w:hAnsi="Times New Roman" w:cs="Times New Roman"/>
                <w:lang w:val="hr-HR"/>
              </w:rPr>
            </w:pPr>
            <w:r w:rsidRPr="004A5C38">
              <w:rPr>
                <w:rFonts w:ascii="Times New Roman" w:hAnsi="Times New Roman" w:cs="Times New Roman"/>
                <w:lang w:val="hr-HR"/>
              </w:rPr>
              <w:t xml:space="preserve">[ </w:t>
            </w:r>
            <w:r w:rsidR="004A5BFB" w:rsidRPr="004A5C38">
              <w:rPr>
                <w:rFonts w:ascii="Times New Roman" w:hAnsi="Times New Roman" w:cs="Times New Roman"/>
                <w:lang w:val="hr-HR"/>
              </w:rPr>
              <w:t xml:space="preserve"> </w:t>
            </w:r>
            <w:r w:rsidRPr="004A5C38">
              <w:rPr>
                <w:rFonts w:ascii="Times New Roman" w:hAnsi="Times New Roman" w:cs="Times New Roman"/>
                <w:lang w:val="hr-HR"/>
              </w:rPr>
              <w:t xml:space="preserve"> ]</w:t>
            </w:r>
          </w:p>
        </w:tc>
      </w:tr>
      <w:tr w:rsidR="0068122D" w:rsidRPr="004A5C38" w14:paraId="1E30D45F" w14:textId="77777777" w:rsidTr="00707009">
        <w:trPr>
          <w:trHeight w:val="340"/>
          <w:jc w:val="center"/>
        </w:trPr>
        <w:tc>
          <w:tcPr>
            <w:tcW w:w="6912" w:type="dxa"/>
            <w:tcMar>
              <w:top w:w="100" w:type="dxa"/>
              <w:left w:w="150" w:type="dxa"/>
              <w:bottom w:w="100" w:type="dxa"/>
              <w:right w:w="150" w:type="dxa"/>
            </w:tcMar>
          </w:tcPr>
          <w:p w14:paraId="7202033A" w14:textId="77777777" w:rsidR="0068122D" w:rsidRPr="004A5C38" w:rsidRDefault="0083277E" w:rsidP="006162B8">
            <w:pPr>
              <w:spacing w:after="0" w:line="240" w:lineRule="auto"/>
              <w:jc w:val="both"/>
              <w:rPr>
                <w:rFonts w:ascii="Times New Roman" w:hAnsi="Times New Roman" w:cs="Times New Roman"/>
                <w:lang w:val="hr-HR"/>
              </w:rPr>
            </w:pPr>
            <w:r w:rsidRPr="004A5C38">
              <w:rPr>
                <w:rFonts w:ascii="Times New Roman" w:hAnsi="Times New Roman" w:cs="Times New Roman"/>
                <w:lang w:val="hr-HR"/>
              </w:rPr>
              <w:t>e) Podaci se prikupljaju potpuno anonimno (NE prikupljaju se imena, e-mailovi, IP adrese ili drugi podaci koji omogućuju neposrednu ili posrednu identifikaciju).</w:t>
            </w:r>
          </w:p>
        </w:tc>
        <w:tc>
          <w:tcPr>
            <w:tcW w:w="1008" w:type="dxa"/>
            <w:tcMar>
              <w:top w:w="100" w:type="dxa"/>
              <w:left w:w="150" w:type="dxa"/>
              <w:bottom w:w="100" w:type="dxa"/>
              <w:right w:w="150" w:type="dxa"/>
            </w:tcMar>
          </w:tcPr>
          <w:p w14:paraId="5242BF81" w14:textId="669EEF33" w:rsidR="0068122D" w:rsidRPr="004A5C38" w:rsidRDefault="0083277E" w:rsidP="006162B8">
            <w:pPr>
              <w:spacing w:after="0" w:line="240" w:lineRule="auto"/>
              <w:jc w:val="center"/>
              <w:rPr>
                <w:rFonts w:ascii="Times New Roman" w:hAnsi="Times New Roman" w:cs="Times New Roman"/>
                <w:lang w:val="hr-HR"/>
              </w:rPr>
            </w:pPr>
            <w:r w:rsidRPr="004A5C38">
              <w:rPr>
                <w:rFonts w:ascii="Times New Roman" w:hAnsi="Times New Roman" w:cs="Times New Roman"/>
                <w:lang w:val="hr-HR"/>
              </w:rPr>
              <w:t xml:space="preserve">[  </w:t>
            </w:r>
            <w:r w:rsidR="004A5BFB" w:rsidRPr="004A5C38">
              <w:rPr>
                <w:rFonts w:ascii="Times New Roman" w:hAnsi="Times New Roman" w:cs="Times New Roman"/>
                <w:lang w:val="hr-HR"/>
              </w:rPr>
              <w:t xml:space="preserve"> </w:t>
            </w:r>
            <w:r w:rsidRPr="004A5C38">
              <w:rPr>
                <w:rFonts w:ascii="Times New Roman" w:hAnsi="Times New Roman" w:cs="Times New Roman"/>
                <w:lang w:val="hr-HR"/>
              </w:rPr>
              <w:t>]</w:t>
            </w:r>
          </w:p>
        </w:tc>
        <w:tc>
          <w:tcPr>
            <w:tcW w:w="1008" w:type="dxa"/>
            <w:tcMar>
              <w:top w:w="100" w:type="dxa"/>
              <w:left w:w="150" w:type="dxa"/>
              <w:bottom w:w="100" w:type="dxa"/>
              <w:right w:w="150" w:type="dxa"/>
            </w:tcMar>
          </w:tcPr>
          <w:p w14:paraId="65B9A661" w14:textId="7A4B71F5" w:rsidR="0068122D" w:rsidRPr="004A5C38" w:rsidRDefault="0083277E" w:rsidP="006162B8">
            <w:pPr>
              <w:spacing w:after="0" w:line="240" w:lineRule="auto"/>
              <w:jc w:val="center"/>
              <w:rPr>
                <w:rFonts w:ascii="Times New Roman" w:hAnsi="Times New Roman" w:cs="Times New Roman"/>
                <w:lang w:val="hr-HR"/>
              </w:rPr>
            </w:pPr>
            <w:r w:rsidRPr="004A5C38">
              <w:rPr>
                <w:rFonts w:ascii="Times New Roman" w:hAnsi="Times New Roman" w:cs="Times New Roman"/>
                <w:lang w:val="hr-HR"/>
              </w:rPr>
              <w:t>[</w:t>
            </w:r>
            <w:r w:rsidR="004A5BFB" w:rsidRPr="004A5C38">
              <w:rPr>
                <w:rFonts w:ascii="Times New Roman" w:hAnsi="Times New Roman" w:cs="Times New Roman"/>
                <w:lang w:val="hr-HR"/>
              </w:rPr>
              <w:t xml:space="preserve"> </w:t>
            </w:r>
            <w:r w:rsidRPr="004A5C38">
              <w:rPr>
                <w:rFonts w:ascii="Times New Roman" w:hAnsi="Times New Roman" w:cs="Times New Roman"/>
                <w:lang w:val="hr-HR"/>
              </w:rPr>
              <w:t xml:space="preserve">  ]</w:t>
            </w:r>
          </w:p>
        </w:tc>
      </w:tr>
      <w:tr w:rsidR="0068122D" w:rsidRPr="004A5C38" w14:paraId="1BC02AD3" w14:textId="77777777" w:rsidTr="00707009">
        <w:trPr>
          <w:trHeight w:val="340"/>
          <w:jc w:val="center"/>
        </w:trPr>
        <w:tc>
          <w:tcPr>
            <w:tcW w:w="6912" w:type="dxa"/>
            <w:tcMar>
              <w:top w:w="100" w:type="dxa"/>
              <w:left w:w="150" w:type="dxa"/>
              <w:bottom w:w="100" w:type="dxa"/>
              <w:right w:w="150" w:type="dxa"/>
            </w:tcMar>
          </w:tcPr>
          <w:p w14:paraId="52500106" w14:textId="77777777" w:rsidR="0068122D" w:rsidRPr="004A5C38" w:rsidRDefault="0083277E" w:rsidP="006162B8">
            <w:pPr>
              <w:spacing w:after="0" w:line="240" w:lineRule="auto"/>
              <w:jc w:val="both"/>
              <w:rPr>
                <w:rFonts w:ascii="Times New Roman" w:hAnsi="Times New Roman" w:cs="Times New Roman"/>
                <w:lang w:val="hr-HR"/>
              </w:rPr>
            </w:pPr>
            <w:r w:rsidRPr="004A5C38">
              <w:rPr>
                <w:rFonts w:ascii="Times New Roman" w:hAnsi="Times New Roman" w:cs="Times New Roman"/>
                <w:lang w:val="hr-HR"/>
              </w:rPr>
              <w:t>f) Istraživanje NE uključuje osjetljive teme (npr. ilegalne aktivnosti, trauma, diskriminacija) koje bi sudionike mogle izložiti psihološkom, pravnom ili ekonomskom riziku.</w:t>
            </w:r>
          </w:p>
        </w:tc>
        <w:tc>
          <w:tcPr>
            <w:tcW w:w="1008" w:type="dxa"/>
            <w:tcMar>
              <w:top w:w="100" w:type="dxa"/>
              <w:left w:w="150" w:type="dxa"/>
              <w:bottom w:w="100" w:type="dxa"/>
              <w:right w:w="150" w:type="dxa"/>
            </w:tcMar>
          </w:tcPr>
          <w:p w14:paraId="62442C14" w14:textId="3B5FBC90" w:rsidR="0068122D" w:rsidRPr="004A5C38" w:rsidRDefault="0083277E" w:rsidP="006162B8">
            <w:pPr>
              <w:spacing w:after="0" w:line="240" w:lineRule="auto"/>
              <w:jc w:val="center"/>
              <w:rPr>
                <w:rFonts w:ascii="Times New Roman" w:hAnsi="Times New Roman" w:cs="Times New Roman"/>
                <w:lang w:val="hr-HR"/>
              </w:rPr>
            </w:pPr>
            <w:r w:rsidRPr="004A5C38">
              <w:rPr>
                <w:rFonts w:ascii="Times New Roman" w:hAnsi="Times New Roman" w:cs="Times New Roman"/>
                <w:lang w:val="hr-HR"/>
              </w:rPr>
              <w:t xml:space="preserve">[  </w:t>
            </w:r>
            <w:r w:rsidR="004A5BFB" w:rsidRPr="004A5C38">
              <w:rPr>
                <w:rFonts w:ascii="Times New Roman" w:hAnsi="Times New Roman" w:cs="Times New Roman"/>
                <w:lang w:val="hr-HR"/>
              </w:rPr>
              <w:t xml:space="preserve"> </w:t>
            </w:r>
            <w:r w:rsidRPr="004A5C38">
              <w:rPr>
                <w:rFonts w:ascii="Times New Roman" w:hAnsi="Times New Roman" w:cs="Times New Roman"/>
                <w:lang w:val="hr-HR"/>
              </w:rPr>
              <w:t>]</w:t>
            </w:r>
          </w:p>
        </w:tc>
        <w:tc>
          <w:tcPr>
            <w:tcW w:w="1008" w:type="dxa"/>
            <w:tcMar>
              <w:top w:w="100" w:type="dxa"/>
              <w:left w:w="150" w:type="dxa"/>
              <w:bottom w:w="100" w:type="dxa"/>
              <w:right w:w="150" w:type="dxa"/>
            </w:tcMar>
          </w:tcPr>
          <w:p w14:paraId="6C5BE07E" w14:textId="62D1C431" w:rsidR="0068122D" w:rsidRPr="004A5C38" w:rsidRDefault="0083277E" w:rsidP="006162B8">
            <w:pPr>
              <w:spacing w:after="0" w:line="240" w:lineRule="auto"/>
              <w:jc w:val="center"/>
              <w:rPr>
                <w:rFonts w:ascii="Times New Roman" w:hAnsi="Times New Roman" w:cs="Times New Roman"/>
                <w:lang w:val="hr-HR"/>
              </w:rPr>
            </w:pPr>
            <w:r w:rsidRPr="004A5C38">
              <w:rPr>
                <w:rFonts w:ascii="Times New Roman" w:hAnsi="Times New Roman" w:cs="Times New Roman"/>
                <w:lang w:val="hr-HR"/>
              </w:rPr>
              <w:t xml:space="preserve">[  </w:t>
            </w:r>
            <w:r w:rsidR="004A5BFB" w:rsidRPr="004A5C38">
              <w:rPr>
                <w:rFonts w:ascii="Times New Roman" w:hAnsi="Times New Roman" w:cs="Times New Roman"/>
                <w:lang w:val="hr-HR"/>
              </w:rPr>
              <w:t xml:space="preserve"> </w:t>
            </w:r>
            <w:r w:rsidRPr="004A5C38">
              <w:rPr>
                <w:rFonts w:ascii="Times New Roman" w:hAnsi="Times New Roman" w:cs="Times New Roman"/>
                <w:lang w:val="hr-HR"/>
              </w:rPr>
              <w:t>]</w:t>
            </w:r>
          </w:p>
        </w:tc>
      </w:tr>
      <w:tr w:rsidR="0068122D" w:rsidRPr="004A5C38" w14:paraId="558A6D2F" w14:textId="77777777" w:rsidTr="00707009">
        <w:trPr>
          <w:trHeight w:val="340"/>
          <w:jc w:val="center"/>
        </w:trPr>
        <w:tc>
          <w:tcPr>
            <w:tcW w:w="6912" w:type="dxa"/>
            <w:tcMar>
              <w:top w:w="100" w:type="dxa"/>
              <w:left w:w="150" w:type="dxa"/>
              <w:bottom w:w="100" w:type="dxa"/>
              <w:right w:w="150" w:type="dxa"/>
            </w:tcMar>
          </w:tcPr>
          <w:p w14:paraId="3637AD9B" w14:textId="77777777" w:rsidR="0068122D" w:rsidRPr="004A5C38" w:rsidRDefault="0083277E" w:rsidP="006162B8">
            <w:pPr>
              <w:spacing w:after="0" w:line="240" w:lineRule="auto"/>
              <w:jc w:val="both"/>
              <w:rPr>
                <w:rFonts w:ascii="Times New Roman" w:hAnsi="Times New Roman" w:cs="Times New Roman"/>
                <w:lang w:val="hr-HR"/>
              </w:rPr>
            </w:pPr>
            <w:r w:rsidRPr="004A5C38">
              <w:rPr>
                <w:rFonts w:ascii="Times New Roman" w:hAnsi="Times New Roman" w:cs="Times New Roman"/>
                <w:lang w:val="hr-HR"/>
              </w:rPr>
              <w:t>g) Istraživanje NE uključuje djecu, maloljetnike, osobe lišene poslovne sposobnosti ili druge posebno ranjive skupine društva.</w:t>
            </w:r>
          </w:p>
        </w:tc>
        <w:tc>
          <w:tcPr>
            <w:tcW w:w="1008" w:type="dxa"/>
            <w:tcMar>
              <w:top w:w="100" w:type="dxa"/>
              <w:left w:w="150" w:type="dxa"/>
              <w:bottom w:w="100" w:type="dxa"/>
              <w:right w:w="150" w:type="dxa"/>
            </w:tcMar>
          </w:tcPr>
          <w:p w14:paraId="110BDBB1" w14:textId="24606A83" w:rsidR="0068122D" w:rsidRPr="004A5C38" w:rsidRDefault="0083277E" w:rsidP="006162B8">
            <w:pPr>
              <w:spacing w:after="0" w:line="240" w:lineRule="auto"/>
              <w:jc w:val="center"/>
              <w:rPr>
                <w:rFonts w:ascii="Times New Roman" w:hAnsi="Times New Roman" w:cs="Times New Roman"/>
                <w:lang w:val="hr-HR"/>
              </w:rPr>
            </w:pPr>
            <w:r w:rsidRPr="004A5C38">
              <w:rPr>
                <w:rFonts w:ascii="Times New Roman" w:hAnsi="Times New Roman" w:cs="Times New Roman"/>
                <w:lang w:val="hr-HR"/>
              </w:rPr>
              <w:t xml:space="preserve">[ </w:t>
            </w:r>
            <w:r w:rsidR="004A5BFB" w:rsidRPr="004A5C38">
              <w:rPr>
                <w:rFonts w:ascii="Times New Roman" w:hAnsi="Times New Roman" w:cs="Times New Roman"/>
                <w:lang w:val="hr-HR"/>
              </w:rPr>
              <w:t xml:space="preserve"> </w:t>
            </w:r>
            <w:r w:rsidRPr="004A5C38">
              <w:rPr>
                <w:rFonts w:ascii="Times New Roman" w:hAnsi="Times New Roman" w:cs="Times New Roman"/>
                <w:lang w:val="hr-HR"/>
              </w:rPr>
              <w:t xml:space="preserve"> ]</w:t>
            </w:r>
          </w:p>
        </w:tc>
        <w:tc>
          <w:tcPr>
            <w:tcW w:w="1008" w:type="dxa"/>
            <w:tcMar>
              <w:top w:w="100" w:type="dxa"/>
              <w:left w:w="150" w:type="dxa"/>
              <w:bottom w:w="100" w:type="dxa"/>
              <w:right w:w="150" w:type="dxa"/>
            </w:tcMar>
          </w:tcPr>
          <w:p w14:paraId="0EF7DA9D" w14:textId="21E2EDD9" w:rsidR="0068122D" w:rsidRPr="004A5C38" w:rsidRDefault="0083277E" w:rsidP="006162B8">
            <w:pPr>
              <w:spacing w:after="0" w:line="240" w:lineRule="auto"/>
              <w:jc w:val="center"/>
              <w:rPr>
                <w:rFonts w:ascii="Times New Roman" w:hAnsi="Times New Roman" w:cs="Times New Roman"/>
                <w:lang w:val="hr-HR"/>
              </w:rPr>
            </w:pPr>
            <w:r w:rsidRPr="004A5C38">
              <w:rPr>
                <w:rFonts w:ascii="Times New Roman" w:hAnsi="Times New Roman" w:cs="Times New Roman"/>
                <w:lang w:val="hr-HR"/>
              </w:rPr>
              <w:t xml:space="preserve">[  </w:t>
            </w:r>
            <w:r w:rsidR="004A5BFB" w:rsidRPr="004A5C38">
              <w:rPr>
                <w:rFonts w:ascii="Times New Roman" w:hAnsi="Times New Roman" w:cs="Times New Roman"/>
                <w:lang w:val="hr-HR"/>
              </w:rPr>
              <w:t xml:space="preserve"> </w:t>
            </w:r>
            <w:r w:rsidRPr="004A5C38">
              <w:rPr>
                <w:rFonts w:ascii="Times New Roman" w:hAnsi="Times New Roman" w:cs="Times New Roman"/>
                <w:lang w:val="hr-HR"/>
              </w:rPr>
              <w:t>]</w:t>
            </w:r>
          </w:p>
        </w:tc>
      </w:tr>
    </w:tbl>
    <w:p w14:paraId="3A8B8E19" w14:textId="77777777" w:rsidR="0068122D" w:rsidRPr="004A5C38" w:rsidRDefault="0083277E" w:rsidP="0097003A">
      <w:pPr>
        <w:spacing w:before="320" w:after="0" w:line="480" w:lineRule="auto"/>
        <w:rPr>
          <w:rFonts w:ascii="Times New Roman" w:hAnsi="Times New Roman" w:cs="Times New Roman"/>
          <w:b/>
          <w:lang w:val="hr-HR"/>
        </w:rPr>
      </w:pPr>
      <w:r w:rsidRPr="004A5C38">
        <w:rPr>
          <w:rFonts w:ascii="Times New Roman" w:hAnsi="Times New Roman" w:cs="Times New Roman"/>
          <w:b/>
          <w:lang w:val="hr-HR"/>
        </w:rPr>
        <w:t>3. ZAKLJUČAK I ODGOVORNOST</w:t>
      </w:r>
    </w:p>
    <w:p w14:paraId="16D72FC0" w14:textId="77777777" w:rsidR="0068122D" w:rsidRPr="004A5C38" w:rsidRDefault="0083277E" w:rsidP="006162B8">
      <w:pPr>
        <w:spacing w:after="0" w:line="240" w:lineRule="auto"/>
        <w:jc w:val="both"/>
        <w:rPr>
          <w:rFonts w:ascii="Times New Roman" w:hAnsi="Times New Roman" w:cs="Times New Roman"/>
          <w:lang w:val="hr-HR"/>
        </w:rPr>
      </w:pPr>
      <w:r w:rsidRPr="004A5C38">
        <w:rPr>
          <w:rFonts w:ascii="Times New Roman" w:hAnsi="Times New Roman" w:cs="Times New Roman"/>
          <w:lang w:val="hr-HR"/>
        </w:rPr>
        <w:t>Potvrđujem pod punom materijalnom i etičkom odgovornošću da planirano istraživanje u potpunosti ispunjava sve gore navedene uvjete iz članka 3.a Pravilnika (označeni odgovori DA za sve kriterije). Kao istraživač preuzimam punu odgovornost za provedbu istraživanja u skladu s načelima istraživačke etike, dobrovoljnog sudjelovanja te zaštite privatnosti i povjerljivosti podataka.</w:t>
      </w:r>
    </w:p>
    <w:p w14:paraId="584F83FC" w14:textId="77777777" w:rsidR="0068122D" w:rsidRPr="004A5C38" w:rsidRDefault="0083277E" w:rsidP="006162B8">
      <w:pPr>
        <w:spacing w:after="0" w:line="240" w:lineRule="auto"/>
        <w:jc w:val="both"/>
        <w:rPr>
          <w:rFonts w:ascii="Times New Roman" w:hAnsi="Times New Roman" w:cs="Times New Roman"/>
          <w:i/>
          <w:lang w:val="hr-HR"/>
        </w:rPr>
      </w:pPr>
      <w:r w:rsidRPr="004A5C38">
        <w:rPr>
          <w:rFonts w:ascii="Times New Roman" w:hAnsi="Times New Roman" w:cs="Times New Roman"/>
          <w:i/>
          <w:lang w:val="hr-HR"/>
        </w:rPr>
        <w:t>(Napomena: Ako je na bilo koje pitanje označen odgovor NE, istraživanje nije izuzeto te je istraživač dužan prije početka istraživanja zatražiti službeno mišljenje/odobrenje Etičkog povjerenstva).</w:t>
      </w:r>
    </w:p>
    <w:p w14:paraId="6AE2ACEF" w14:textId="77777777" w:rsidR="0097003A" w:rsidRPr="004A5C38" w:rsidRDefault="0097003A" w:rsidP="006162B8">
      <w:pPr>
        <w:spacing w:after="0" w:line="240" w:lineRule="auto"/>
        <w:jc w:val="both"/>
        <w:rPr>
          <w:rFonts w:ascii="Times New Roman" w:hAnsi="Times New Roman" w:cs="Times New Roman"/>
          <w:lang w:val="hr-HR"/>
        </w:rPr>
      </w:pPr>
    </w:p>
    <w:p w14:paraId="7D872CF7" w14:textId="77777777" w:rsidR="0068122D" w:rsidRPr="004A5C38" w:rsidRDefault="0083277E" w:rsidP="006162B8">
      <w:pPr>
        <w:spacing w:after="0" w:line="240" w:lineRule="auto"/>
        <w:rPr>
          <w:rFonts w:ascii="Times New Roman" w:hAnsi="Times New Roman" w:cs="Times New Roman"/>
          <w:lang w:val="hr-HR"/>
        </w:rPr>
      </w:pPr>
      <w:r w:rsidRPr="004A5C38">
        <w:rPr>
          <w:rFonts w:ascii="Times New Roman" w:hAnsi="Times New Roman" w:cs="Times New Roman"/>
          <w:lang w:val="hr-HR"/>
        </w:rPr>
        <w:t>U Požegi, ______________ 2026. god.</w:t>
      </w:r>
    </w:p>
    <w:p w14:paraId="509FFB80" w14:textId="77777777" w:rsidR="0097003A" w:rsidRPr="004A5C38" w:rsidRDefault="0097003A" w:rsidP="006162B8">
      <w:pPr>
        <w:spacing w:after="0" w:line="240" w:lineRule="auto"/>
        <w:rPr>
          <w:rFonts w:ascii="Times New Roman" w:hAnsi="Times New Roman" w:cs="Times New Roman"/>
          <w:lang w:val="hr-HR"/>
        </w:rPr>
      </w:pPr>
    </w:p>
    <w:p w14:paraId="6744E5DA" w14:textId="77777777" w:rsidR="0097003A" w:rsidRPr="004A5C38" w:rsidRDefault="0097003A" w:rsidP="006162B8">
      <w:pPr>
        <w:spacing w:after="0" w:line="240" w:lineRule="auto"/>
        <w:rPr>
          <w:rFonts w:ascii="Times New Roman" w:hAnsi="Times New Roman" w:cs="Times New Roman"/>
          <w:lang w:val="hr-HR"/>
        </w:rPr>
      </w:pPr>
    </w:p>
    <w:p w14:paraId="0B7B120E" w14:textId="77777777" w:rsidR="0097003A" w:rsidRPr="004A5C38" w:rsidRDefault="0097003A" w:rsidP="006162B8">
      <w:pPr>
        <w:spacing w:after="0" w:line="240" w:lineRule="auto"/>
        <w:rPr>
          <w:rFonts w:ascii="Times New Roman" w:hAnsi="Times New Roman" w:cs="Times New Roman"/>
          <w:lang w:val="hr-HR"/>
        </w:rPr>
      </w:pPr>
    </w:p>
    <w:tbl>
      <w:tblPr>
        <w:tblW w:w="0" w:type="auto"/>
        <w:jc w:val="center"/>
        <w:tblLook w:val="04A0" w:firstRow="1" w:lastRow="0" w:firstColumn="1" w:lastColumn="0" w:noHBand="0" w:noVBand="1"/>
      </w:tblPr>
      <w:tblGrid>
        <w:gridCol w:w="3626"/>
        <w:gridCol w:w="5734"/>
      </w:tblGrid>
      <w:tr w:rsidR="0068122D" w:rsidRPr="0043302B" w14:paraId="75D77554" w14:textId="77777777" w:rsidTr="0097003A">
        <w:trPr>
          <w:jc w:val="center"/>
        </w:trPr>
        <w:tc>
          <w:tcPr>
            <w:tcW w:w="3119" w:type="dxa"/>
          </w:tcPr>
          <w:p w14:paraId="45D4F871" w14:textId="77777777" w:rsidR="0068122D" w:rsidRPr="004A5C38" w:rsidRDefault="0083277E" w:rsidP="0097003A">
            <w:pPr>
              <w:spacing w:after="0" w:line="240" w:lineRule="auto"/>
              <w:jc w:val="center"/>
              <w:rPr>
                <w:rFonts w:ascii="Times New Roman" w:hAnsi="Times New Roman" w:cs="Times New Roman"/>
                <w:bCs/>
                <w:lang w:val="hr-HR"/>
              </w:rPr>
            </w:pPr>
            <w:r w:rsidRPr="004A5C38">
              <w:rPr>
                <w:rFonts w:ascii="Times New Roman" w:hAnsi="Times New Roman" w:cs="Times New Roman"/>
                <w:bCs/>
                <w:lang w:val="hr-HR"/>
              </w:rPr>
              <w:t>_______________________________</w:t>
            </w:r>
            <w:r w:rsidRPr="004A5C38">
              <w:rPr>
                <w:rFonts w:ascii="Times New Roman" w:hAnsi="Times New Roman" w:cs="Times New Roman"/>
                <w:bCs/>
                <w:lang w:val="hr-HR"/>
              </w:rPr>
              <w:br/>
              <w:t>Potpis istraživača / studenta</w:t>
            </w:r>
          </w:p>
        </w:tc>
        <w:tc>
          <w:tcPr>
            <w:tcW w:w="5809" w:type="dxa"/>
          </w:tcPr>
          <w:p w14:paraId="164BD282" w14:textId="6B8170A1" w:rsidR="0068122D" w:rsidRPr="004A5C38" w:rsidRDefault="0097003A" w:rsidP="0097003A">
            <w:pPr>
              <w:spacing w:after="0" w:line="240" w:lineRule="auto"/>
              <w:jc w:val="center"/>
              <w:rPr>
                <w:rFonts w:ascii="Times New Roman" w:hAnsi="Times New Roman" w:cs="Times New Roman"/>
                <w:bCs/>
                <w:lang w:val="hr-HR"/>
              </w:rPr>
            </w:pPr>
            <w:r w:rsidRPr="004A5C38">
              <w:rPr>
                <w:rFonts w:ascii="Times New Roman" w:hAnsi="Times New Roman" w:cs="Times New Roman"/>
                <w:bCs/>
                <w:lang w:val="hr-HR"/>
              </w:rPr>
              <w:t xml:space="preserve">                                  </w:t>
            </w:r>
            <w:r w:rsidR="0083277E" w:rsidRPr="004A5C38">
              <w:rPr>
                <w:rFonts w:ascii="Times New Roman" w:hAnsi="Times New Roman" w:cs="Times New Roman"/>
                <w:bCs/>
                <w:lang w:val="hr-HR"/>
              </w:rPr>
              <w:t>_______________________________</w:t>
            </w:r>
            <w:r w:rsidR="0083277E" w:rsidRPr="004A5C38">
              <w:rPr>
                <w:rFonts w:ascii="Times New Roman" w:hAnsi="Times New Roman" w:cs="Times New Roman"/>
                <w:bCs/>
                <w:lang w:val="hr-HR"/>
              </w:rPr>
              <w:br/>
            </w:r>
            <w:r w:rsidRPr="004A5C38">
              <w:rPr>
                <w:rFonts w:ascii="Times New Roman" w:hAnsi="Times New Roman" w:cs="Times New Roman"/>
                <w:bCs/>
                <w:lang w:val="hr-HR"/>
              </w:rPr>
              <w:t xml:space="preserve">                                   </w:t>
            </w:r>
            <w:r w:rsidR="0083277E" w:rsidRPr="004A5C38">
              <w:rPr>
                <w:rFonts w:ascii="Times New Roman" w:hAnsi="Times New Roman" w:cs="Times New Roman"/>
                <w:bCs/>
                <w:lang w:val="hr-HR"/>
              </w:rPr>
              <w:t>Potpis mentora (za studentske radove)</w:t>
            </w:r>
          </w:p>
        </w:tc>
      </w:tr>
    </w:tbl>
    <w:p w14:paraId="65BD08E1" w14:textId="77777777" w:rsidR="0083277E" w:rsidRPr="004A5C38" w:rsidRDefault="0083277E" w:rsidP="006162B8">
      <w:pPr>
        <w:spacing w:after="0" w:line="240" w:lineRule="auto"/>
        <w:rPr>
          <w:rFonts w:ascii="Times New Roman" w:hAnsi="Times New Roman" w:cs="Times New Roman"/>
          <w:lang w:val="hr-HR"/>
        </w:rPr>
      </w:pPr>
    </w:p>
    <w:sectPr w:rsidR="0083277E" w:rsidRPr="004A5C38" w:rsidSect="00A36914">
      <w:pgSz w:w="12240" w:h="15840"/>
      <w:pgMar w:top="1440" w:right="1440" w:bottom="170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num w:numId="1" w16cid:durableId="1948267590">
    <w:abstractNumId w:val="8"/>
  </w:num>
  <w:num w:numId="2" w16cid:durableId="315687263">
    <w:abstractNumId w:val="6"/>
  </w:num>
  <w:num w:numId="3" w16cid:durableId="216548838">
    <w:abstractNumId w:val="5"/>
  </w:num>
  <w:num w:numId="4" w16cid:durableId="453525589">
    <w:abstractNumId w:val="4"/>
  </w:num>
  <w:num w:numId="5" w16cid:durableId="514611445">
    <w:abstractNumId w:val="7"/>
  </w:num>
  <w:num w:numId="6" w16cid:durableId="723523523">
    <w:abstractNumId w:val="3"/>
  </w:num>
  <w:num w:numId="7" w16cid:durableId="1724402584">
    <w:abstractNumId w:val="2"/>
  </w:num>
  <w:num w:numId="8" w16cid:durableId="13188431">
    <w:abstractNumId w:val="1"/>
  </w:num>
  <w:num w:numId="9" w16cid:durableId="648747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C136D"/>
    <w:rsid w:val="001C514E"/>
    <w:rsid w:val="00247220"/>
    <w:rsid w:val="0026351A"/>
    <w:rsid w:val="0029639D"/>
    <w:rsid w:val="00326F90"/>
    <w:rsid w:val="003544C9"/>
    <w:rsid w:val="0043302B"/>
    <w:rsid w:val="0049394A"/>
    <w:rsid w:val="004A5BFB"/>
    <w:rsid w:val="004A5C38"/>
    <w:rsid w:val="00501782"/>
    <w:rsid w:val="00536059"/>
    <w:rsid w:val="006162B8"/>
    <w:rsid w:val="0068122D"/>
    <w:rsid w:val="00707009"/>
    <w:rsid w:val="007A4708"/>
    <w:rsid w:val="00824DFB"/>
    <w:rsid w:val="0083277E"/>
    <w:rsid w:val="008818DD"/>
    <w:rsid w:val="00963FF0"/>
    <w:rsid w:val="0097003A"/>
    <w:rsid w:val="009A61EC"/>
    <w:rsid w:val="009B799C"/>
    <w:rsid w:val="009D36D8"/>
    <w:rsid w:val="00A048E3"/>
    <w:rsid w:val="00A36914"/>
    <w:rsid w:val="00AA1CD9"/>
    <w:rsid w:val="00AA1D8D"/>
    <w:rsid w:val="00B06A49"/>
    <w:rsid w:val="00B47730"/>
    <w:rsid w:val="00CB0664"/>
    <w:rsid w:val="00D90626"/>
    <w:rsid w:val="00DE4175"/>
    <w:rsid w:val="00E35884"/>
    <w:rsid w:val="00E510E9"/>
    <w:rsid w:val="00ED582B"/>
    <w:rsid w:val="00FC3F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817D8A"/>
  <w14:defaultImageDpi w14:val="300"/>
  <w15:docId w15:val="{A18F0A0E-0EC8-43D1-8F66-62C68EE15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603419">
      <w:bodyDiv w:val="1"/>
      <w:marLeft w:val="0"/>
      <w:marRight w:val="0"/>
      <w:marTop w:val="0"/>
      <w:marBottom w:val="0"/>
      <w:divBdr>
        <w:top w:val="none" w:sz="0" w:space="0" w:color="auto"/>
        <w:left w:val="none" w:sz="0" w:space="0" w:color="auto"/>
        <w:bottom w:val="none" w:sz="0" w:space="0" w:color="auto"/>
        <w:right w:val="none" w:sz="0" w:space="0" w:color="auto"/>
      </w:divBdr>
    </w:div>
    <w:div w:id="511844409">
      <w:bodyDiv w:val="1"/>
      <w:marLeft w:val="0"/>
      <w:marRight w:val="0"/>
      <w:marTop w:val="0"/>
      <w:marBottom w:val="0"/>
      <w:divBdr>
        <w:top w:val="none" w:sz="0" w:space="0" w:color="auto"/>
        <w:left w:val="none" w:sz="0" w:space="0" w:color="auto"/>
        <w:bottom w:val="none" w:sz="0" w:space="0" w:color="auto"/>
        <w:right w:val="none" w:sz="0" w:space="0" w:color="auto"/>
      </w:divBdr>
    </w:div>
    <w:div w:id="128812799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1020</Words>
  <Characters>5819</Characters>
  <Application>Microsoft Office Word</Application>
  <DocSecurity>0</DocSecurity>
  <Lines>48</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6826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Danijela Hrmić</cp:lastModifiedBy>
  <cp:revision>27</cp:revision>
  <cp:lastPrinted>2026-09-30T12:24:00Z</cp:lastPrinted>
  <dcterms:created xsi:type="dcterms:W3CDTF">2026-09-25T08:08:00Z</dcterms:created>
  <dcterms:modified xsi:type="dcterms:W3CDTF">2026-09-30T12:28:00Z</dcterms:modified>
  <cp:category/>
</cp:coreProperties>
</file>